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970EB" w:rsidR="0053251B" w:rsidP="0053251B" w:rsidRDefault="0053251B" w14:paraId="6640F2E5" w14:textId="7777777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(Papel timbrado da Entidade Beneficiária)</w:t>
      </w:r>
    </w:p>
    <w:p w:rsidRPr="00D970EB" w:rsidR="0053251B" w:rsidP="0053251B" w:rsidRDefault="0053251B" w14:paraId="3F735521" w14:textId="7777777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Pr="00D970EB" w:rsidR="0090481D" w:rsidP="00C01541" w:rsidRDefault="00185739" w14:paraId="55DBD4BF" w14:textId="2CF3825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970EB">
        <w:rPr>
          <w:rFonts w:ascii="Arial" w:hAnsi="Arial" w:cs="Arial"/>
          <w:b/>
          <w:sz w:val="24"/>
          <w:szCs w:val="24"/>
        </w:rPr>
        <w:t>RELATÓRIO DE CUMPRIMENTO DO OBJETO</w:t>
      </w:r>
    </w:p>
    <w:p w:rsidRPr="00D970EB" w:rsidR="009538D1" w:rsidP="00C01541" w:rsidRDefault="009538D1" w14:paraId="16C4AE0D" w14:textId="7777777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Pr="00D970EB" w:rsidR="0090481D" w:rsidP="00C01541" w:rsidRDefault="6FE804B0" w14:paraId="6D7D81A5" w14:textId="77777777">
      <w:pPr>
        <w:pStyle w:val="Ttulo1"/>
        <w:spacing w:before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color w:val="auto"/>
          <w:sz w:val="24"/>
          <w:szCs w:val="24"/>
        </w:rPr>
        <w:t>1. IDENTIFICAÇÃO DO PROJETO</w:t>
      </w:r>
    </w:p>
    <w:tbl>
      <w:tblPr>
        <w:tblStyle w:val="Tabelacomgrade"/>
        <w:tblW w:w="10206" w:type="dxa"/>
        <w:tblInd w:w="108" w:type="dxa"/>
        <w:tblLook w:val="06A0" w:firstRow="1" w:lastRow="0" w:firstColumn="1" w:lastColumn="0" w:noHBand="1" w:noVBand="1"/>
      </w:tblPr>
      <w:tblGrid>
        <w:gridCol w:w="3686"/>
        <w:gridCol w:w="6520"/>
      </w:tblGrid>
      <w:tr w:rsidRPr="00D970EB" w:rsidR="279948E1" w:rsidTr="003D6854" w14:paraId="6C052005" w14:textId="77777777">
        <w:trPr>
          <w:trHeight w:val="306"/>
        </w:trPr>
        <w:tc>
          <w:tcPr>
            <w:tcW w:w="3686" w:type="dxa"/>
          </w:tcPr>
          <w:p w:rsidRPr="00D970EB" w:rsidR="10456B0A" w:rsidP="007A51DE" w:rsidRDefault="10456B0A" w14:paraId="13FACEF2" w14:textId="30239E64">
            <w:pPr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Edital</w:t>
            </w:r>
          </w:p>
        </w:tc>
        <w:tc>
          <w:tcPr>
            <w:tcW w:w="6520" w:type="dxa"/>
          </w:tcPr>
          <w:p w:rsidRPr="00D970EB" w:rsidR="279948E1" w:rsidP="007A51DE" w:rsidRDefault="10456B0A" w14:paraId="7577C23C" w14:textId="4DEC9F82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Edital nº</w:t>
            </w:r>
            <w:r w:rsidRPr="00D970EB" w:rsidR="002E4700">
              <w:rPr>
                <w:rFonts w:ascii="Arial" w:hAnsi="Arial" w:eastAsia="Times New Roman" w:cs="Arial"/>
                <w:sz w:val="24"/>
                <w:szCs w:val="24"/>
              </w:rPr>
              <w:t xml:space="preserve"> 01/2024</w:t>
            </w:r>
          </w:p>
        </w:tc>
      </w:tr>
      <w:tr w:rsidRPr="00D970EB" w:rsidR="279948E1" w:rsidTr="003D6854" w14:paraId="5943BE14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160AE4AF" w14:textId="1D8CB798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Programa</w:t>
            </w:r>
          </w:p>
        </w:tc>
        <w:tc>
          <w:tcPr>
            <w:tcW w:w="6520" w:type="dxa"/>
          </w:tcPr>
          <w:p w:rsidRPr="00D970EB" w:rsidR="279948E1" w:rsidP="007A51DE" w:rsidRDefault="279948E1" w14:paraId="3E48D017" w14:textId="5E144BFF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Itaipu Mais que Energia – Fortalecimento de Instituições Sociais</w:t>
            </w:r>
          </w:p>
        </w:tc>
      </w:tr>
      <w:tr w:rsidRPr="00D970EB" w:rsidR="279948E1" w:rsidTr="003D6854" w14:paraId="6808CCCB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48E0D6F1" w14:textId="78D5F499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Nome do Projeto</w:t>
            </w:r>
          </w:p>
        </w:tc>
        <w:tc>
          <w:tcPr>
            <w:tcW w:w="6520" w:type="dxa"/>
          </w:tcPr>
          <w:p w:rsidRPr="00D970EB" w:rsidR="279948E1" w:rsidP="007A51DE" w:rsidRDefault="279948E1" w14:paraId="601A2D62" w14:textId="1C2B5D31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14E92364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320DF19B" w14:textId="462D3815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Entidade Beneficiária</w:t>
            </w:r>
          </w:p>
        </w:tc>
        <w:tc>
          <w:tcPr>
            <w:tcW w:w="6520" w:type="dxa"/>
          </w:tcPr>
          <w:p w:rsidRPr="00D970EB" w:rsidR="279948E1" w:rsidP="007A51DE" w:rsidRDefault="279948E1" w14:paraId="480C031F" w14:textId="3BDBCB8C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77474971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12044D70" w14:textId="4A2F8B2D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CNPJ</w:t>
            </w:r>
          </w:p>
        </w:tc>
        <w:tc>
          <w:tcPr>
            <w:tcW w:w="6520" w:type="dxa"/>
          </w:tcPr>
          <w:p w:rsidRPr="00D970EB" w:rsidR="279948E1" w:rsidP="007A51DE" w:rsidRDefault="279948E1" w14:paraId="5E08AD0F" w14:textId="242A8D8F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1453EA2E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52A7688F" w14:textId="3163F7DA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Instrumento de Repasse CAIXA</w:t>
            </w:r>
          </w:p>
        </w:tc>
        <w:tc>
          <w:tcPr>
            <w:tcW w:w="6520" w:type="dxa"/>
          </w:tcPr>
          <w:p w:rsidRPr="00D970EB" w:rsidR="279948E1" w:rsidP="007A51DE" w:rsidRDefault="279948E1" w14:paraId="0B639985" w14:textId="794DEE33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5CD34B7D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1BD12617" w14:textId="4266DDF3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Vigência do Projeto</w:t>
            </w:r>
          </w:p>
        </w:tc>
        <w:tc>
          <w:tcPr>
            <w:tcW w:w="6520" w:type="dxa"/>
          </w:tcPr>
          <w:p w:rsidRPr="00D970EB" w:rsidR="279948E1" w:rsidP="007A51DE" w:rsidRDefault="279948E1" w14:paraId="68889D8A" w14:textId="43A3D638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318EB4B3" w14:textId="77777777">
        <w:trPr>
          <w:trHeight w:val="306"/>
        </w:trPr>
        <w:tc>
          <w:tcPr>
            <w:tcW w:w="3686" w:type="dxa"/>
          </w:tcPr>
          <w:p w:rsidRPr="00D970EB" w:rsidR="279948E1" w:rsidP="007A51DE" w:rsidRDefault="279948E1" w14:paraId="694B15EC" w14:textId="313B9C0F">
            <w:pPr>
              <w:spacing w:line="30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Município(s) de Execução</w:t>
            </w:r>
          </w:p>
        </w:tc>
        <w:tc>
          <w:tcPr>
            <w:tcW w:w="6520" w:type="dxa"/>
          </w:tcPr>
          <w:p w:rsidRPr="00D970EB" w:rsidR="279948E1" w:rsidP="007A51DE" w:rsidRDefault="279948E1" w14:paraId="567DA718" w14:textId="03C09ECA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D970EB" w:rsidR="279948E1" w:rsidTr="003D6854" w14:paraId="54C8B322" w14:textId="77777777">
        <w:trPr>
          <w:trHeight w:val="306"/>
        </w:trPr>
        <w:tc>
          <w:tcPr>
            <w:tcW w:w="3686" w:type="dxa"/>
          </w:tcPr>
          <w:p w:rsidRPr="00D970EB" w:rsidR="5333A185" w:rsidP="007A51DE" w:rsidRDefault="5333A185" w14:paraId="2656BA6A" w14:textId="6EAFC549">
            <w:pPr>
              <w:spacing w:line="360" w:lineRule="auto"/>
              <w:rPr>
                <w:rFonts w:ascii="Arial" w:hAnsi="Arial" w:eastAsia="Times New Roman" w:cs="Arial"/>
                <w:sz w:val="24"/>
                <w:szCs w:val="24"/>
              </w:rPr>
            </w:pPr>
            <w:r w:rsidRPr="00D970EB">
              <w:rPr>
                <w:rFonts w:ascii="Arial" w:hAnsi="Arial" w:eastAsia="Times New Roman" w:cs="Arial"/>
                <w:sz w:val="24"/>
                <w:szCs w:val="24"/>
              </w:rPr>
              <w:t>Representante Legal:</w:t>
            </w:r>
          </w:p>
        </w:tc>
        <w:tc>
          <w:tcPr>
            <w:tcW w:w="6520" w:type="dxa"/>
          </w:tcPr>
          <w:p w:rsidRPr="00D970EB" w:rsidR="279948E1" w:rsidP="007A51DE" w:rsidRDefault="279948E1" w14:paraId="4AA611D8" w14:textId="23FDEFA7">
            <w:pPr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</w:tbl>
    <w:p w:rsidRPr="00D970EB" w:rsidR="00C24979" w:rsidP="00C01541" w:rsidRDefault="00C24979" w14:paraId="5EABF44D" w14:textId="7777777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970EB" w:rsidR="00D970EB" w:rsidP="00D970EB" w:rsidRDefault="00D970EB" w14:paraId="4434E943" w14:textId="6DFF2BD4">
      <w:pPr>
        <w:spacing w:after="0" w:line="240" w:lineRule="auto"/>
        <w:rPr>
          <w:rFonts w:ascii="Arial" w:hAnsi="Arial" w:eastAsia="Times New Roman" w:cs="Arial"/>
          <w:b/>
          <w:bCs/>
          <w:sz w:val="24"/>
          <w:szCs w:val="24"/>
        </w:rPr>
      </w:pPr>
      <w:r w:rsidRPr="00D970EB">
        <w:rPr>
          <w:rFonts w:ascii="Arial" w:hAnsi="Arial" w:eastAsia="Times New Roman" w:cs="Arial"/>
          <w:b/>
          <w:bCs/>
          <w:sz w:val="24"/>
          <w:szCs w:val="24"/>
        </w:rPr>
        <w:t xml:space="preserve">2. </w:t>
      </w:r>
      <w:r w:rsidRPr="00D970EB" w:rsidR="3AB25401">
        <w:rPr>
          <w:rFonts w:ascii="Arial" w:hAnsi="Arial" w:eastAsia="Times New Roman" w:cs="Arial"/>
          <w:b/>
          <w:bCs/>
          <w:sz w:val="24"/>
          <w:szCs w:val="24"/>
        </w:rPr>
        <w:t>OBJETO APOIADO PELA</w:t>
      </w:r>
      <w:r w:rsidRPr="00D970EB">
        <w:rPr>
          <w:rFonts w:ascii="Arial" w:hAnsi="Arial" w:eastAsia="Times New Roman" w:cs="Arial"/>
          <w:b/>
          <w:bCs/>
          <w:sz w:val="24"/>
          <w:szCs w:val="24"/>
        </w:rPr>
        <w:t xml:space="preserve"> </w:t>
      </w:r>
      <w:r w:rsidRPr="00D970EB">
        <w:rPr>
          <w:rFonts w:ascii="Arial" w:hAnsi="Arial" w:eastAsia="Times New Roman" w:cs="Arial"/>
          <w:b/>
          <w:bCs/>
          <w:sz w:val="24"/>
          <w:szCs w:val="24"/>
        </w:rPr>
        <w:t>I</w:t>
      </w:r>
      <w:r w:rsidRPr="00D970EB" w:rsidR="3AB25401">
        <w:rPr>
          <w:rFonts w:ascii="Arial" w:hAnsi="Arial" w:eastAsia="Times New Roman" w:cs="Arial"/>
          <w:b/>
          <w:bCs/>
          <w:sz w:val="24"/>
          <w:szCs w:val="24"/>
        </w:rPr>
        <w:t>TAIPU</w:t>
      </w:r>
    </w:p>
    <w:p w:rsidRPr="00D970EB" w:rsidR="005C773C" w:rsidP="00D970EB" w:rsidRDefault="005C773C" w14:paraId="76C38AD4" w14:textId="01CDFD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</w:t>
      </w:r>
      <w:r w:rsidRPr="00D970EB" w:rsidR="00BE628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Pr="00D970EB" w:rsidR="008B241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D970EB" w:rsidR="2F7EE816" w:rsidP="00D970EB" w:rsidRDefault="2F7EE816" w14:paraId="01F9ECC7" w14:textId="7D2E29CB">
      <w:pPr>
        <w:pStyle w:val="Ttulo1"/>
        <w:spacing w:before="0" w:line="240" w:lineRule="auto"/>
        <w:jc w:val="both"/>
        <w:rPr>
          <w:rFonts w:ascii="Arial" w:hAnsi="Arial" w:eastAsia="Times New Roman" w:cs="Arial"/>
          <w:i/>
          <w:iCs/>
          <w:color w:val="auto"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color w:val="auto"/>
          <w:sz w:val="16"/>
          <w:szCs w:val="16"/>
        </w:rPr>
        <w:t>Instrução de preenchimento</w:t>
      </w:r>
      <w:r w:rsidRPr="00D970EB" w:rsidR="00BE6281">
        <w:rPr>
          <w:rFonts w:ascii="Arial" w:hAnsi="Arial" w:eastAsia="Times New Roman" w:cs="Arial"/>
          <w:i/>
          <w:iCs/>
          <w:color w:val="auto"/>
          <w:sz w:val="16"/>
          <w:szCs w:val="16"/>
        </w:rPr>
        <w:t>:</w:t>
      </w:r>
    </w:p>
    <w:p w:rsidRPr="00D970EB" w:rsidR="3DE4954D" w:rsidP="00D970EB" w:rsidRDefault="3DE4954D" w14:paraId="5EEDD8DB" w14:textId="0B23A85E">
      <w:pPr>
        <w:spacing w:after="0" w:line="240" w:lineRule="auto"/>
        <w:jc w:val="both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Descrever resumidamente o objeto apoiado pela Itaipu e sua finalidade.</w:t>
      </w:r>
    </w:p>
    <w:p w:rsidRPr="00D970EB" w:rsidR="3DE4954D" w:rsidP="00D970EB" w:rsidRDefault="3DE4954D" w14:paraId="2DF841FC" w14:textId="2DBF9623">
      <w:pPr>
        <w:spacing w:after="0" w:line="240" w:lineRule="auto"/>
        <w:jc w:val="both"/>
        <w:rPr>
          <w:rFonts w:ascii="Arial" w:hAnsi="Arial" w:eastAsia="Times New Roman" w:cs="Arial"/>
          <w:b/>
          <w:bCs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b/>
          <w:bCs/>
          <w:i/>
          <w:iCs/>
          <w:sz w:val="16"/>
          <w:szCs w:val="16"/>
        </w:rPr>
        <w:t>Exemplo:</w:t>
      </w:r>
    </w:p>
    <w:p w:rsidRPr="00D970EB" w:rsidR="3DE4954D" w:rsidP="00D970EB" w:rsidRDefault="3DE4954D" w14:paraId="2B8A2B4D" w14:textId="19E58F1C">
      <w:pPr>
        <w:spacing w:after="0" w:line="240" w:lineRule="auto"/>
        <w:jc w:val="both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Aquisição de veículo utilitário destinado ao transporte dos beneficiários da entidade.</w:t>
      </w:r>
    </w:p>
    <w:p w:rsidRPr="00D970EB" w:rsidR="3DE4954D" w:rsidP="00D970EB" w:rsidRDefault="3DE4954D" w14:paraId="451F792B" w14:textId="21654BE3">
      <w:pPr>
        <w:spacing w:after="0" w:line="240" w:lineRule="auto"/>
        <w:jc w:val="both"/>
        <w:rPr>
          <w:rFonts w:ascii="Arial" w:hAnsi="Arial" w:eastAsia="Times New Roman" w:cs="Arial"/>
          <w:b/>
          <w:bCs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b/>
          <w:bCs/>
          <w:i/>
          <w:iCs/>
          <w:sz w:val="16"/>
          <w:szCs w:val="16"/>
        </w:rPr>
        <w:t>ou</w:t>
      </w:r>
    </w:p>
    <w:p w:rsidRPr="00D970EB" w:rsidR="3DE4954D" w:rsidP="00D970EB" w:rsidRDefault="3DE4954D" w14:paraId="11C626DA" w14:textId="173F150F">
      <w:pPr>
        <w:spacing w:after="0" w:line="240" w:lineRule="auto"/>
        <w:jc w:val="both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Implantação de sistema fotovoltaico para redução dos custos operacionais da instituição.</w:t>
      </w:r>
    </w:p>
    <w:p w:rsidRPr="00D970EB" w:rsidR="3DE4954D" w:rsidP="00D970EB" w:rsidRDefault="3DE4954D" w14:paraId="044EB40D" w14:textId="323CDE63">
      <w:pPr>
        <w:spacing w:after="0" w:line="240" w:lineRule="auto"/>
        <w:jc w:val="both"/>
        <w:rPr>
          <w:rFonts w:ascii="Arial" w:hAnsi="Arial" w:eastAsia="Times New Roman" w:cs="Arial"/>
          <w:b/>
          <w:bCs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b/>
          <w:bCs/>
          <w:i/>
          <w:iCs/>
          <w:sz w:val="16"/>
          <w:szCs w:val="16"/>
        </w:rPr>
        <w:t>ou</w:t>
      </w:r>
    </w:p>
    <w:p w:rsidRPr="00D970EB" w:rsidR="3DE4954D" w:rsidP="00D970EB" w:rsidRDefault="3DE4954D" w14:paraId="126EAA83" w14:textId="6EA2E05E">
      <w:pPr>
        <w:spacing w:after="0" w:line="240" w:lineRule="auto"/>
        <w:jc w:val="both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Reforma do espaço de atendimento da entidade para ampliação da capacidade de atendimento.</w:t>
      </w:r>
    </w:p>
    <w:p w:rsidRPr="00D970EB" w:rsidR="003D6854" w:rsidRDefault="003D6854" w14:paraId="3ABACE25" w14:textId="77777777">
      <w:pPr>
        <w:rPr>
          <w:rFonts w:ascii="Arial" w:hAnsi="Arial" w:cs="Arial" w:eastAsiaTheme="majorEastAsia"/>
          <w:b/>
          <w:bCs/>
          <w:sz w:val="24"/>
          <w:szCs w:val="24"/>
        </w:rPr>
      </w:pPr>
    </w:p>
    <w:p w:rsidRPr="00D970EB" w:rsidR="0081031B" w:rsidP="00D970EB" w:rsidRDefault="00D970EB" w14:paraId="05BD711A" w14:textId="751045B1">
      <w:pPr>
        <w:pStyle w:val="Ttulo1"/>
        <w:spacing w:before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70EB">
        <w:rPr>
          <w:rFonts w:ascii="Arial" w:hAnsi="Arial" w:cs="Arial"/>
          <w:color w:val="auto"/>
          <w:sz w:val="24"/>
          <w:szCs w:val="24"/>
        </w:rPr>
        <w:t>3</w:t>
      </w:r>
      <w:r w:rsidRPr="00D970EB" w:rsidR="2303BBFF">
        <w:rPr>
          <w:rFonts w:ascii="Arial" w:hAnsi="Arial" w:cs="Arial"/>
          <w:color w:val="auto"/>
          <w:sz w:val="24"/>
          <w:szCs w:val="24"/>
        </w:rPr>
        <w:t xml:space="preserve">. AQUISIÇÕES REALIZADAS </w:t>
      </w:r>
    </w:p>
    <w:p w:rsidRPr="00D970EB" w:rsidR="47F5B990" w:rsidP="00D970EB" w:rsidRDefault="47F5B990" w14:paraId="20FC389B" w14:textId="08AE1970">
      <w:pPr>
        <w:pStyle w:val="Ttulo3"/>
        <w:spacing w:before="0" w:line="240" w:lineRule="auto"/>
        <w:rPr>
          <w:rFonts w:ascii="Arial" w:hAnsi="Arial" w:cs="Arial"/>
          <w:i/>
          <w:iCs/>
          <w:color w:val="auto"/>
          <w:sz w:val="16"/>
          <w:szCs w:val="16"/>
        </w:rPr>
      </w:pPr>
      <w:r w:rsidRPr="00D970EB">
        <w:rPr>
          <w:rFonts w:ascii="Arial" w:hAnsi="Arial" w:eastAsia="Segoe UI" w:cs="Arial"/>
          <w:i/>
          <w:iCs/>
          <w:color w:val="auto"/>
          <w:sz w:val="16"/>
          <w:szCs w:val="16"/>
        </w:rPr>
        <w:t>Instruções de preenchimento</w:t>
      </w:r>
      <w:r w:rsidRPr="00D970EB" w:rsidR="000741DE">
        <w:rPr>
          <w:rFonts w:ascii="Arial" w:hAnsi="Arial" w:eastAsia="Segoe UI" w:cs="Arial"/>
          <w:i/>
          <w:iCs/>
          <w:color w:val="auto"/>
          <w:sz w:val="16"/>
          <w:szCs w:val="16"/>
        </w:rPr>
        <w:t>:</w:t>
      </w:r>
    </w:p>
    <w:p w:rsidRPr="00D970EB" w:rsidR="009320A9" w:rsidP="00D970EB" w:rsidRDefault="47F5B990" w14:paraId="5C5B42EF" w14:textId="501ECAC3">
      <w:pPr>
        <w:spacing w:after="0" w:line="240" w:lineRule="auto"/>
        <w:rPr>
          <w:rFonts w:ascii="Arial" w:hAnsi="Arial" w:eastAsia="Segoe UI" w:cs="Arial"/>
          <w:i/>
          <w:iCs/>
          <w:sz w:val="16"/>
          <w:szCs w:val="16"/>
        </w:rPr>
      </w:pPr>
      <w:r w:rsidRPr="00D970EB">
        <w:rPr>
          <w:rFonts w:ascii="Arial" w:hAnsi="Arial" w:eastAsia="Segoe UI" w:cs="Arial"/>
          <w:i/>
          <w:iCs/>
          <w:sz w:val="16"/>
          <w:szCs w:val="16"/>
        </w:rPr>
        <w:t>Relacionar todos os bens adquiridos, obras, reformas, ampliações ou serviços efetivamente executados com recursos do projeto.</w:t>
      </w:r>
    </w:p>
    <w:p w:rsidRPr="00D970EB" w:rsidR="00D970EB" w:rsidP="00D970EB" w:rsidRDefault="00D970EB" w14:paraId="4A8AC530" w14:textId="77777777">
      <w:pPr>
        <w:spacing w:after="0" w:line="240" w:lineRule="auto"/>
        <w:rPr>
          <w:rFonts w:ascii="Arial" w:hAnsi="Arial" w:eastAsia="Segoe UI" w:cs="Arial"/>
          <w:i/>
          <w:iCs/>
          <w:sz w:val="24"/>
          <w:szCs w:val="24"/>
        </w:rPr>
      </w:pPr>
    </w:p>
    <w:tbl>
      <w:tblPr>
        <w:tblW w:w="1009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A0" w:firstRow="1" w:lastRow="0" w:firstColumn="1" w:lastColumn="0" w:noHBand="1" w:noVBand="1"/>
      </w:tblPr>
      <w:tblGrid>
        <w:gridCol w:w="3885"/>
        <w:gridCol w:w="1247"/>
        <w:gridCol w:w="1560"/>
        <w:gridCol w:w="1701"/>
        <w:gridCol w:w="1701"/>
      </w:tblGrid>
      <w:tr w:rsidRPr="00D970EB" w:rsidR="00DF338C" w:rsidTr="499B9568" w14:paraId="5B39F9C1" w14:textId="29091343">
        <w:trPr>
          <w:trHeight w:val="300"/>
        </w:trPr>
        <w:tc>
          <w:tcPr>
            <w:tcW w:w="3885" w:type="dxa"/>
            <w:shd w:val="clear" w:color="auto" w:fill="F5F5F5"/>
            <w:tcMar/>
          </w:tcPr>
          <w:p w:rsidRPr="00D970EB" w:rsidR="00DF338C" w:rsidP="00DF338C" w:rsidRDefault="00DF338C" w14:paraId="45DB4E24" w14:textId="15B2FC26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70EB">
              <w:rPr>
                <w:rFonts w:ascii="Arial" w:hAnsi="Arial" w:cs="Arial"/>
                <w:b/>
                <w:bCs/>
                <w:sz w:val="24"/>
                <w:szCs w:val="24"/>
              </w:rPr>
              <w:t>Item Previsto no Plano de Trabalho</w:t>
            </w:r>
          </w:p>
        </w:tc>
        <w:tc>
          <w:tcPr>
            <w:tcW w:w="1247" w:type="dxa"/>
            <w:shd w:val="clear" w:color="auto" w:fill="F5F5F5"/>
            <w:tcMar/>
            <w:vAlign w:val="center"/>
          </w:tcPr>
          <w:p w:rsidRPr="00D970EB" w:rsidR="00DF338C" w:rsidP="00DF338C" w:rsidRDefault="00DF338C" w14:paraId="09519406" w14:textId="5DAB8513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70EB">
              <w:rPr>
                <w:rFonts w:ascii="Arial" w:hAnsi="Arial" w:cs="Arial"/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1560" w:type="dxa"/>
            <w:shd w:val="clear" w:color="auto" w:fill="F5F5F5"/>
            <w:tcMar/>
            <w:vAlign w:val="center"/>
          </w:tcPr>
          <w:p w:rsidRPr="00D970EB" w:rsidR="00DF338C" w:rsidP="00DF338C" w:rsidRDefault="00DF338C" w14:paraId="19A84E99" w14:textId="312A47E3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70EB">
              <w:rPr>
                <w:rFonts w:ascii="Arial" w:hAnsi="Arial" w:cs="Arial"/>
                <w:b/>
                <w:bCs/>
                <w:sz w:val="24"/>
                <w:szCs w:val="24"/>
              </w:rPr>
              <w:t>Quantidade Prevista</w:t>
            </w:r>
          </w:p>
        </w:tc>
        <w:tc>
          <w:tcPr>
            <w:tcW w:w="1701" w:type="dxa"/>
            <w:shd w:val="clear" w:color="auto" w:fill="F5F5F5"/>
            <w:tcMar/>
            <w:vAlign w:val="center"/>
          </w:tcPr>
          <w:p w:rsidRPr="00D970EB" w:rsidR="00DF338C" w:rsidP="00DF338C" w:rsidRDefault="00DF338C" w14:paraId="68DC01B2" w14:textId="3984C8F3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70EB">
              <w:rPr>
                <w:rFonts w:ascii="Arial" w:hAnsi="Arial" w:cs="Arial"/>
                <w:b/>
                <w:bCs/>
                <w:sz w:val="24"/>
                <w:szCs w:val="24"/>
              </w:rPr>
              <w:t>Quantidade Executada</w:t>
            </w:r>
          </w:p>
        </w:tc>
        <w:tc>
          <w:tcPr>
            <w:tcW w:w="1701" w:type="dxa"/>
            <w:shd w:val="clear" w:color="auto" w:fill="F5F5F5"/>
            <w:tcMar/>
            <w:vAlign w:val="center"/>
          </w:tcPr>
          <w:p w:rsidRPr="00D970EB" w:rsidR="00DF338C" w:rsidP="00DF338C" w:rsidRDefault="00DF338C" w14:paraId="5C34B393" w14:textId="361DDCC2">
            <w:pPr>
              <w:spacing w:after="0" w:line="3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970EB">
              <w:rPr>
                <w:rFonts w:ascii="Arial" w:hAnsi="Arial" w:cs="Arial"/>
                <w:b/>
                <w:bCs/>
                <w:sz w:val="24"/>
                <w:szCs w:val="24"/>
              </w:rPr>
              <w:t>Situação</w:t>
            </w:r>
          </w:p>
        </w:tc>
      </w:tr>
      <w:tr w:rsidRPr="00D970EB" w:rsidR="00DF338C" w:rsidTr="499B9568" w14:paraId="3657EEA5" w14:textId="71F473C6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DF338C" w:rsidP="00185739" w:rsidRDefault="00DF338C" w14:paraId="5A2F5720" w14:textId="16501CFD">
            <w:pPr>
              <w:spacing w:after="0" w:line="30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DF338C" w:rsidP="00185739" w:rsidRDefault="00DF338C" w14:paraId="652E43AF" w14:textId="68C630EF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DF338C" w:rsidP="00185739" w:rsidRDefault="00DF338C" w14:paraId="3AE78158" w14:textId="464BE613">
            <w:pPr>
              <w:spacing w:after="0" w:line="30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DF338C" w:rsidP="00185739" w:rsidRDefault="00DF338C" w14:paraId="5E59CE9B" w14:textId="02EC8235">
            <w:pPr>
              <w:spacing w:after="0" w:line="30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DF338C" w:rsidP="00185739" w:rsidRDefault="00DF338C" w14:paraId="4A0A6FC3" w14:textId="0FC5D0F7">
            <w:pPr>
              <w:spacing w:after="0" w:line="30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970EB">
              <w:rPr>
                <w:rFonts w:ascii="Arial" w:hAnsi="Arial" w:cs="Arial"/>
                <w:i/>
                <w:iCs/>
                <w:sz w:val="24"/>
                <w:szCs w:val="24"/>
                <w:highlight w:val="yellow"/>
              </w:rPr>
              <w:t>Concluído / Parcial</w:t>
            </w:r>
          </w:p>
        </w:tc>
      </w:tr>
      <w:tr w:rsidRPr="00D970EB" w:rsidR="00DF338C" w:rsidTr="499B9568" w14:paraId="007F5093" w14:textId="07A75878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DF338C" w:rsidP="00185739" w:rsidRDefault="00DF338C" w14:paraId="666AFDB7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DF338C" w:rsidP="00185739" w:rsidRDefault="00DF338C" w14:paraId="3194442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DF338C" w:rsidP="00185739" w:rsidRDefault="00DF338C" w14:paraId="20074A83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DF338C" w:rsidP="00185739" w:rsidRDefault="00DF338C" w14:paraId="52C23BDC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DF338C" w:rsidP="00185739" w:rsidRDefault="00DF338C" w14:paraId="39F99E4E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D970EB" w:rsidR="00DF338C" w:rsidTr="499B9568" w14:paraId="19C5C10C" w14:textId="0C88E73B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DF338C" w:rsidP="00185739" w:rsidRDefault="00DF338C" w14:paraId="2F42CF3A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DF338C" w:rsidP="00185739" w:rsidRDefault="00DF338C" w14:paraId="3114A3E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DF338C" w:rsidP="00185739" w:rsidRDefault="00DF338C" w14:paraId="7FE0FDB1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DF338C" w:rsidP="00185739" w:rsidRDefault="00DF338C" w14:paraId="757161E7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DF338C" w:rsidP="00185739" w:rsidRDefault="00DF338C" w14:paraId="7B1B8438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D970EB" w:rsidR="002E2294" w:rsidTr="499B9568" w14:paraId="5228BBD8" w14:textId="77777777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2E2294" w:rsidP="00185739" w:rsidRDefault="002E2294" w14:paraId="5533865A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2E2294" w:rsidP="00185739" w:rsidRDefault="002E2294" w14:paraId="34B6025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2E2294" w:rsidP="00185739" w:rsidRDefault="002E2294" w14:paraId="45857131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2E2294" w:rsidP="00185739" w:rsidRDefault="002E2294" w14:paraId="2B54429D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2E2294" w:rsidP="00185739" w:rsidRDefault="002E2294" w14:paraId="5A8C4465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D970EB" w:rsidR="002E2294" w:rsidTr="499B9568" w14:paraId="71201CD9" w14:textId="77777777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2E2294" w:rsidP="00185739" w:rsidRDefault="002E2294" w14:paraId="7FBB2F8C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2E2294" w:rsidP="00185739" w:rsidRDefault="002E2294" w14:paraId="4B1C052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2E2294" w:rsidP="00185739" w:rsidRDefault="002E2294" w14:paraId="0CFE3CE1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2E2294" w:rsidP="00185739" w:rsidRDefault="002E2294" w14:paraId="10722E73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2E2294" w:rsidP="00185739" w:rsidRDefault="002E2294" w14:paraId="688FB9FF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D970EB" w:rsidR="001854BD" w:rsidP="001854BD" w:rsidRDefault="001854BD" w14:paraId="076CB9CA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D970EB" w:rsidR="001854BD" w:rsidTr="499B9568" w14:paraId="10C177CB" w14:textId="77777777">
        <w:trPr>
          <w:trHeight w:val="300"/>
        </w:trPr>
        <w:tc>
          <w:tcPr>
            <w:tcW w:w="3885" w:type="dxa"/>
            <w:tcMar/>
            <w:vAlign w:val="center"/>
          </w:tcPr>
          <w:p w:rsidRPr="00D970EB" w:rsidR="001854BD" w:rsidP="00185739" w:rsidRDefault="001854BD" w14:paraId="0D5F167E" w14:textId="77777777">
            <w:pPr>
              <w:spacing w:after="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tcMar/>
            <w:vAlign w:val="center"/>
          </w:tcPr>
          <w:p w:rsidRPr="00D970EB" w:rsidR="001854BD" w:rsidP="00185739" w:rsidRDefault="001854BD" w14:paraId="13EEA7E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Mar/>
            <w:vAlign w:val="center"/>
          </w:tcPr>
          <w:p w:rsidRPr="00D970EB" w:rsidR="001854BD" w:rsidP="00185739" w:rsidRDefault="001854BD" w14:paraId="45AD2C3A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  <w:vAlign w:val="center"/>
          </w:tcPr>
          <w:p w:rsidRPr="00D970EB" w:rsidR="001854BD" w:rsidP="00185739" w:rsidRDefault="001854BD" w14:paraId="1F8693F3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/>
          </w:tcPr>
          <w:p w:rsidRPr="00D970EB" w:rsidR="001854BD" w:rsidP="00185739" w:rsidRDefault="001854BD" w14:paraId="08E693D1" w14:textId="77777777">
            <w:pPr>
              <w:spacing w:after="0" w:line="30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D6854" w:rsidP="003D6854" w:rsidRDefault="003D6854" w14:paraId="047358AF" w14:textId="77777777">
      <w:pPr>
        <w:pStyle w:val="Ttulo3"/>
        <w:spacing w:before="0" w:line="240" w:lineRule="auto"/>
        <w:jc w:val="both"/>
        <w:rPr>
          <w:rFonts w:ascii="Arial" w:hAnsi="Arial" w:eastAsia="Segoe UI" w:cs="Arial"/>
          <w:color w:val="auto"/>
          <w:sz w:val="24"/>
          <w:szCs w:val="24"/>
        </w:rPr>
      </w:pPr>
    </w:p>
    <w:p w:rsidR="0081031B" w:rsidP="003D6854" w:rsidRDefault="605CD555" w14:paraId="4B8F8452" w14:textId="2BFF83E3">
      <w:pPr>
        <w:pStyle w:val="Ttulo3"/>
        <w:spacing w:before="0" w:line="240" w:lineRule="auto"/>
        <w:jc w:val="both"/>
        <w:rPr>
          <w:rFonts w:ascii="Arial" w:hAnsi="Arial" w:eastAsia="Segoe UI" w:cs="Arial"/>
          <w:color w:val="auto"/>
          <w:sz w:val="24"/>
          <w:szCs w:val="24"/>
        </w:rPr>
      </w:pPr>
      <w:r w:rsidRPr="00D970EB">
        <w:rPr>
          <w:rFonts w:ascii="Arial" w:hAnsi="Arial" w:eastAsia="Segoe UI" w:cs="Arial"/>
          <w:color w:val="auto"/>
          <w:sz w:val="24"/>
          <w:szCs w:val="24"/>
        </w:rPr>
        <w:t>Observações sobre a execução</w:t>
      </w:r>
      <w:r w:rsidRPr="00D970EB" w:rsidR="00B77B3E">
        <w:rPr>
          <w:rFonts w:ascii="Arial" w:hAnsi="Arial" w:eastAsia="Segoe UI" w:cs="Arial"/>
          <w:color w:val="auto"/>
          <w:sz w:val="24"/>
          <w:szCs w:val="24"/>
        </w:rPr>
        <w:t xml:space="preserve"> ___________________________________</w:t>
      </w:r>
      <w:r w:rsidRPr="00D970EB" w:rsidR="00776FFE">
        <w:rPr>
          <w:rFonts w:ascii="Arial" w:hAnsi="Arial" w:eastAsia="Segoe UI" w:cs="Arial"/>
          <w:color w:val="auto"/>
          <w:sz w:val="24"/>
          <w:szCs w:val="24"/>
        </w:rPr>
        <w:t>_________</w:t>
      </w:r>
      <w:r w:rsidRPr="00D970EB" w:rsidR="00B77B3E">
        <w:rPr>
          <w:rFonts w:ascii="Arial" w:hAnsi="Arial" w:eastAsia="Segoe UI" w:cs="Arial"/>
          <w:color w:val="auto"/>
          <w:sz w:val="24"/>
          <w:szCs w:val="24"/>
        </w:rPr>
        <w:t xml:space="preserve"> </w:t>
      </w:r>
      <w:r w:rsidRPr="00D970EB" w:rsidR="000C45FC">
        <w:rPr>
          <w:rFonts w:ascii="Arial" w:hAnsi="Arial" w:eastAsia="Segoe UI" w:cs="Arial"/>
          <w:color w:val="auto"/>
          <w:sz w:val="24"/>
          <w:szCs w:val="24"/>
        </w:rPr>
        <w:t>________________________________________________</w:t>
      </w:r>
      <w:r w:rsidRPr="00D970EB" w:rsidR="00AD39D4">
        <w:rPr>
          <w:rFonts w:ascii="Arial" w:hAnsi="Arial" w:eastAsia="Segoe UI" w:cs="Arial"/>
          <w:color w:val="auto"/>
          <w:sz w:val="24"/>
          <w:szCs w:val="24"/>
        </w:rPr>
        <w:t>___________________________</w:t>
      </w:r>
      <w:r w:rsidR="003D6854">
        <w:rPr>
          <w:rFonts w:ascii="Arial" w:hAnsi="Arial" w:eastAsia="Segoe UI" w:cs="Arial"/>
          <w:color w:val="auto"/>
          <w:sz w:val="24"/>
          <w:szCs w:val="24"/>
        </w:rPr>
        <w:t>_</w:t>
      </w:r>
      <w:r w:rsidRPr="00D970EB" w:rsidR="00AD39D4">
        <w:rPr>
          <w:rFonts w:ascii="Arial" w:hAnsi="Arial" w:eastAsia="Segoe UI" w:cs="Arial"/>
          <w:color w:val="auto"/>
          <w:sz w:val="24"/>
          <w:szCs w:val="24"/>
        </w:rPr>
        <w:t>____________________________________________________________________________________________________________</w:t>
      </w:r>
      <w:r w:rsidRPr="00D970EB" w:rsidR="00D970EB">
        <w:rPr>
          <w:rFonts w:ascii="Arial" w:hAnsi="Arial" w:eastAsia="Segoe UI" w:cs="Arial"/>
          <w:color w:val="auto"/>
          <w:sz w:val="24"/>
          <w:szCs w:val="24"/>
        </w:rPr>
        <w:t>____________________________________________</w:t>
      </w:r>
    </w:p>
    <w:p w:rsidRPr="003D6854" w:rsidR="003D6854" w:rsidP="003D6854" w:rsidRDefault="003D6854" w14:paraId="1A776D30" w14:textId="77777777"/>
    <w:p w:rsidR="00F64A0A" w:rsidP="00D970EB" w:rsidRDefault="00F64A0A" w14:paraId="2AFFC726" w14:textId="267FD0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Declara-se que os recursos financeiros, referente ao Instrumento de Repasse acima citado, foram utilizados na execução das atividades previstas, atendendo aos normativos e especificações técnicas do processo de seleção 01/2024 do Programa Itaipu Mais Que Energia - Fortalecimento das organizações sociais.</w:t>
      </w:r>
    </w:p>
    <w:p w:rsidRPr="00D970EB" w:rsidR="00D970EB" w:rsidP="00D970EB" w:rsidRDefault="00D970EB" w14:paraId="6A3ED441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Pr="00D970EB" w:rsidR="00AB6CCB" w:rsidP="00D970EB" w:rsidRDefault="00AB6CCB" w14:paraId="387397E2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Os documentos técnicos e fiscais foram registrados no sistema Bússola Social, conforme estruturação e fluxo definidos por ITAIPU.</w:t>
      </w:r>
    </w:p>
    <w:p w:rsidRPr="00D970EB" w:rsidR="0081031B" w:rsidP="00C01541" w:rsidRDefault="0081031B" w14:paraId="3C135995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Pr="00D970EB" w:rsidR="00362991" w:rsidP="00D970EB" w:rsidRDefault="00D970EB" w14:paraId="4188BA66" w14:textId="3B53E16D">
      <w:pPr>
        <w:pStyle w:val="Ttulo1"/>
        <w:spacing w:before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70EB">
        <w:rPr>
          <w:rFonts w:ascii="Arial" w:hAnsi="Arial" w:cs="Arial"/>
          <w:color w:val="auto"/>
          <w:sz w:val="24"/>
          <w:szCs w:val="24"/>
        </w:rPr>
        <w:t>4</w:t>
      </w:r>
      <w:r w:rsidRPr="00D970EB" w:rsidR="2303BBFF">
        <w:rPr>
          <w:rFonts w:ascii="Arial" w:hAnsi="Arial" w:cs="Arial"/>
          <w:color w:val="auto"/>
          <w:sz w:val="24"/>
          <w:szCs w:val="24"/>
        </w:rPr>
        <w:t xml:space="preserve">. </w:t>
      </w:r>
      <w:r w:rsidRPr="00D970EB" w:rsidR="1B1BADD8">
        <w:rPr>
          <w:rFonts w:ascii="Arial" w:hAnsi="Arial" w:cs="Arial"/>
          <w:color w:val="auto"/>
          <w:sz w:val="24"/>
          <w:szCs w:val="24"/>
        </w:rPr>
        <w:t>BENEFÍCIOS GERADOS</w:t>
      </w:r>
      <w:r w:rsidRPr="00D970EB" w:rsidR="24381487">
        <w:rPr>
          <w:rFonts w:ascii="Arial" w:hAnsi="Arial" w:cs="Arial"/>
          <w:color w:val="auto"/>
          <w:sz w:val="24"/>
          <w:szCs w:val="24"/>
        </w:rPr>
        <w:t xml:space="preserve"> PELO PROJETO</w:t>
      </w:r>
    </w:p>
    <w:p w:rsidRPr="00D970EB" w:rsidR="00E51243" w:rsidP="00D970EB" w:rsidRDefault="00E51243" w14:paraId="0D5CE3C3" w14:textId="27165C5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0EB">
        <w:rPr>
          <w:rFonts w:ascii="Arial" w:hAnsi="Arial" w:cs="Arial"/>
          <w:sz w:val="24"/>
          <w:szCs w:val="24"/>
        </w:rPr>
        <w:t>________________________________________________________</w:t>
      </w:r>
    </w:p>
    <w:p w:rsidRPr="00D970EB" w:rsidR="24381487" w:rsidP="00D970EB" w:rsidRDefault="24381487" w14:paraId="0E23A6B1" w14:textId="662CC05F">
      <w:pPr>
        <w:spacing w:after="0" w:line="240" w:lineRule="auto"/>
        <w:rPr>
          <w:rFonts w:ascii="Arial" w:hAnsi="Arial" w:eastAsia="Times New Roman" w:cs="Arial"/>
          <w:b/>
          <w:bCs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b/>
          <w:bCs/>
          <w:i/>
          <w:iCs/>
          <w:sz w:val="16"/>
          <w:szCs w:val="16"/>
        </w:rPr>
        <w:t>Instrução de preenchimento</w:t>
      </w:r>
    </w:p>
    <w:p w:rsidRPr="00D970EB" w:rsidR="24381487" w:rsidP="00D970EB" w:rsidRDefault="24381487" w14:paraId="46D07916" w14:textId="51C51B4D">
      <w:p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Descrever os benefícios efetivamente proporcionados à entidade e ao público atendido em decorrência da execução do objeto.</w:t>
      </w:r>
    </w:p>
    <w:p w:rsidRPr="00D970EB" w:rsidR="24381487" w:rsidP="00D970EB" w:rsidRDefault="24381487" w14:paraId="4E32FA95" w14:textId="078000E3">
      <w:p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Exemplos:</w:t>
      </w:r>
    </w:p>
    <w:p w:rsidRPr="00D970EB" w:rsidR="24381487" w:rsidP="00D970EB" w:rsidRDefault="24381487" w14:paraId="05465F3B" w14:textId="2B49729C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aumento da capacidade de atendimento;</w:t>
      </w:r>
    </w:p>
    <w:p w:rsidRPr="00D970EB" w:rsidR="24381487" w:rsidP="00D970EB" w:rsidRDefault="24381487" w14:paraId="680407E7" w14:textId="3463258F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melhoria das condições de trabalho;</w:t>
      </w:r>
    </w:p>
    <w:p w:rsidRPr="00D970EB" w:rsidR="24381487" w:rsidP="00D970EB" w:rsidRDefault="24381487" w14:paraId="5981C6F9" w14:textId="4DD0350D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melhoria da acessibilidade;</w:t>
      </w:r>
    </w:p>
    <w:p w:rsidRPr="00D970EB" w:rsidR="24381487" w:rsidP="00D970EB" w:rsidRDefault="24381487" w14:paraId="720E878E" w14:textId="51495172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redução de custos com energia elétrica;</w:t>
      </w:r>
    </w:p>
    <w:p w:rsidRPr="00D970EB" w:rsidR="24381487" w:rsidP="00D970EB" w:rsidRDefault="24381487" w14:paraId="270B361E" w14:textId="011FCD5B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16"/>
          <w:szCs w:val="16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ampliação da frota para transporte de beneficiários;</w:t>
      </w:r>
    </w:p>
    <w:p w:rsidRPr="00D970EB" w:rsidR="24381487" w:rsidP="00D970EB" w:rsidRDefault="24381487" w14:paraId="5ED411D6" w14:textId="57C4BA1B">
      <w:pPr>
        <w:pStyle w:val="PargrafodaLista"/>
        <w:numPr>
          <w:ilvl w:val="0"/>
          <w:numId w:val="15"/>
        </w:numPr>
        <w:spacing w:after="0" w:line="240" w:lineRule="auto"/>
        <w:rPr>
          <w:rFonts w:ascii="Arial" w:hAnsi="Arial" w:eastAsia="Times New Roman" w:cs="Arial"/>
          <w:i/>
          <w:iCs/>
          <w:sz w:val="20"/>
          <w:szCs w:val="20"/>
        </w:rPr>
      </w:pPr>
      <w:r w:rsidRPr="00D970EB">
        <w:rPr>
          <w:rFonts w:ascii="Arial" w:hAnsi="Arial" w:eastAsia="Times New Roman" w:cs="Arial"/>
          <w:i/>
          <w:iCs/>
          <w:sz w:val="16"/>
          <w:szCs w:val="16"/>
        </w:rPr>
        <w:t>modernização dos serviços prestados.</w:t>
      </w:r>
    </w:p>
    <w:p w:rsidRPr="00D970EB" w:rsidR="0012099C" w:rsidP="0012099C" w:rsidRDefault="0012099C" w14:paraId="10E2EEF7" w14:textId="77777777">
      <w:pPr>
        <w:rPr>
          <w:rFonts w:ascii="Arial" w:hAnsi="Arial" w:cs="Arial"/>
          <w:sz w:val="24"/>
          <w:szCs w:val="24"/>
        </w:rPr>
      </w:pPr>
    </w:p>
    <w:p w:rsidRPr="00D970EB" w:rsidR="009B54B7" w:rsidP="00D970EB" w:rsidRDefault="00D970EB" w14:paraId="72F4F74C" w14:textId="28575122">
      <w:pPr>
        <w:pStyle w:val="Ttulo1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70EB">
        <w:rPr>
          <w:rFonts w:ascii="Arial" w:hAnsi="Arial" w:cs="Arial"/>
          <w:color w:val="auto"/>
          <w:sz w:val="24"/>
          <w:szCs w:val="24"/>
        </w:rPr>
        <w:t>5</w:t>
      </w:r>
      <w:r w:rsidRPr="00D970EB" w:rsidR="6FE804B0">
        <w:rPr>
          <w:rFonts w:ascii="Arial" w:hAnsi="Arial" w:cs="Arial"/>
          <w:color w:val="auto"/>
          <w:sz w:val="24"/>
          <w:szCs w:val="24"/>
        </w:rPr>
        <w:t>. JUSTIFICATIVAS E OCORRÊNCIAS</w:t>
      </w:r>
    </w:p>
    <w:p w:rsidRPr="00D970EB" w:rsidR="00197E5A" w:rsidP="00D970EB" w:rsidRDefault="5EFF97AD" w14:paraId="23ABEF39" w14:textId="7A72CB5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970EB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D970EB">
        <w:rPr>
          <w:rFonts w:ascii="Arial" w:hAnsi="Arial" w:cs="Arial"/>
          <w:sz w:val="24"/>
          <w:szCs w:val="24"/>
        </w:rPr>
        <w:t xml:space="preserve"> </w:t>
      </w:r>
      <w:r w:rsidR="00D970EB">
        <w:rPr>
          <w:rFonts w:ascii="Arial" w:hAnsi="Arial" w:cs="Arial"/>
          <w:sz w:val="24"/>
          <w:szCs w:val="24"/>
        </w:rPr>
        <w:t>)</w:t>
      </w:r>
      <w:r w:rsidRPr="00D970EB">
        <w:rPr>
          <w:rFonts w:ascii="Arial" w:hAnsi="Arial" w:cs="Arial"/>
          <w:sz w:val="24"/>
          <w:szCs w:val="24"/>
        </w:rPr>
        <w:t xml:space="preserve"> Não houve metas, atividades ou entregas executadas parcialmente.</w:t>
      </w:r>
    </w:p>
    <w:p w:rsidRPr="00D970EB" w:rsidR="00197E5A" w:rsidP="00D970EB" w:rsidRDefault="5EFF97AD" w14:paraId="286A9060" w14:textId="0D6C87B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970EB">
        <w:rPr>
          <w:rFonts w:ascii="Arial" w:hAnsi="Arial" w:cs="Arial"/>
          <w:sz w:val="24"/>
          <w:szCs w:val="24"/>
        </w:rPr>
        <w:t>( )</w:t>
      </w:r>
      <w:proofErr w:type="gramEnd"/>
      <w:r w:rsidR="00D970EB">
        <w:rPr>
          <w:rFonts w:ascii="Arial" w:hAnsi="Arial" w:cs="Arial"/>
          <w:sz w:val="24"/>
          <w:szCs w:val="24"/>
        </w:rPr>
        <w:t xml:space="preserve"> </w:t>
      </w:r>
      <w:r w:rsidRPr="00D970EB">
        <w:rPr>
          <w:rFonts w:ascii="Arial" w:hAnsi="Arial" w:cs="Arial"/>
          <w:sz w:val="24"/>
          <w:szCs w:val="24"/>
        </w:rPr>
        <w:t xml:space="preserve">Houve metas, atividades ou entregas executadas parcialmente ou não executas. </w:t>
      </w:r>
      <w:r w:rsidRPr="00D970EB">
        <w:rPr>
          <w:rFonts w:ascii="Arial" w:hAnsi="Arial" w:cs="Arial"/>
          <w:b/>
          <w:bCs/>
          <w:sz w:val="24"/>
          <w:szCs w:val="24"/>
        </w:rPr>
        <w:t>Justifique__________________________</w:t>
      </w:r>
      <w:r w:rsidR="00D970EB">
        <w:rPr>
          <w:rFonts w:ascii="Arial" w:hAnsi="Arial" w:cs="Arial"/>
          <w:b/>
          <w:bCs/>
          <w:sz w:val="24"/>
          <w:szCs w:val="24"/>
        </w:rPr>
        <w:t>_________________________________________</w:t>
      </w:r>
      <w:r w:rsidRPr="00D970EB">
        <w:rPr>
          <w:rFonts w:ascii="Arial" w:hAnsi="Arial" w:cs="Arial"/>
          <w:b/>
          <w:bCs/>
          <w:sz w:val="24"/>
          <w:szCs w:val="24"/>
        </w:rPr>
        <w:t>.</w:t>
      </w:r>
      <w:r w:rsidRPr="00D970EB">
        <w:rPr>
          <w:rFonts w:ascii="Arial" w:hAnsi="Arial" w:cs="Arial"/>
          <w:sz w:val="24"/>
          <w:szCs w:val="24"/>
        </w:rPr>
        <w:t xml:space="preserve"> </w:t>
      </w:r>
    </w:p>
    <w:p w:rsidRPr="00D970EB" w:rsidR="008B2415" w:rsidP="00C01541" w:rsidRDefault="008B2415" w14:paraId="33A5DBE5" w14:textId="77777777">
      <w:pPr>
        <w:jc w:val="both"/>
        <w:rPr>
          <w:rFonts w:ascii="Arial" w:hAnsi="Arial" w:cs="Arial"/>
          <w:sz w:val="24"/>
          <w:szCs w:val="24"/>
        </w:rPr>
      </w:pPr>
    </w:p>
    <w:p w:rsidRPr="00D970EB" w:rsidR="0090481D" w:rsidP="003D6854" w:rsidRDefault="00D970EB" w14:paraId="4E3E4B36" w14:textId="286B7FD1">
      <w:pPr>
        <w:pStyle w:val="Ttulo1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70EB">
        <w:rPr>
          <w:rFonts w:ascii="Arial" w:hAnsi="Arial" w:cs="Arial"/>
          <w:color w:val="auto"/>
          <w:sz w:val="24"/>
          <w:szCs w:val="24"/>
        </w:rPr>
        <w:t>6</w:t>
      </w:r>
      <w:r w:rsidRPr="00D970EB" w:rsidR="00197E5A">
        <w:rPr>
          <w:rFonts w:ascii="Arial" w:hAnsi="Arial" w:cs="Arial"/>
          <w:color w:val="auto"/>
          <w:sz w:val="24"/>
          <w:szCs w:val="24"/>
        </w:rPr>
        <w:t>. DECLARAÇÃO DE CUMPRIMENTO DO OBJETO</w:t>
      </w:r>
    </w:p>
    <w:p w:rsidRPr="00D970EB" w:rsidR="00161D8A" w:rsidP="003D6854" w:rsidRDefault="00161D8A" w14:paraId="55473CDD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Assinale apenas uma opção:</w:t>
      </w:r>
    </w:p>
    <w:p w:rsidRPr="00D970EB" w:rsidR="00161D8A" w:rsidP="003D6854" w:rsidRDefault="42101FD9" w14:paraId="28F6BE22" w14:textId="236C5C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970EB">
        <w:rPr>
          <w:rFonts w:ascii="Arial" w:hAnsi="Arial" w:cs="Arial"/>
          <w:sz w:val="24"/>
          <w:szCs w:val="24"/>
        </w:rPr>
        <w:t xml:space="preserve">( </w:t>
      </w:r>
      <w:r w:rsidRPr="00D970EB" w:rsidR="00B66D04">
        <w:rPr>
          <w:rFonts w:ascii="Arial" w:hAnsi="Arial" w:cs="Arial"/>
          <w:sz w:val="24"/>
          <w:szCs w:val="24"/>
        </w:rPr>
        <w:t xml:space="preserve"> </w:t>
      </w:r>
      <w:r w:rsidRPr="00D970EB">
        <w:rPr>
          <w:rFonts w:ascii="Arial" w:hAnsi="Arial" w:cs="Arial"/>
          <w:sz w:val="24"/>
          <w:szCs w:val="24"/>
        </w:rPr>
        <w:t>)</w:t>
      </w:r>
      <w:proofErr w:type="gramEnd"/>
      <w:r w:rsidRPr="00D970EB" w:rsidR="4B52B355">
        <w:rPr>
          <w:rFonts w:ascii="Arial" w:hAnsi="Arial" w:cs="Arial"/>
          <w:sz w:val="24"/>
          <w:szCs w:val="24"/>
        </w:rPr>
        <w:t xml:space="preserve"> </w:t>
      </w:r>
      <w:r w:rsidRPr="00D970EB" w:rsidR="4B52B355">
        <w:rPr>
          <w:rFonts w:ascii="Arial" w:hAnsi="Arial" w:cs="Arial"/>
          <w:b/>
          <w:bCs/>
          <w:sz w:val="24"/>
          <w:szCs w:val="24"/>
        </w:rPr>
        <w:t>O objeto do Instrumento de Repasse foi cumprido integralmente</w:t>
      </w:r>
      <w:r w:rsidRPr="00D970EB" w:rsidR="4B52B355">
        <w:rPr>
          <w:rFonts w:ascii="Arial" w:hAnsi="Arial" w:cs="Arial"/>
          <w:sz w:val="24"/>
          <w:szCs w:val="24"/>
        </w:rPr>
        <w:t>, conforme previsto no Plano de Trabalho aprovado</w:t>
      </w:r>
      <w:r w:rsidRPr="00D970EB" w:rsidR="00B0470D">
        <w:rPr>
          <w:rFonts w:ascii="Arial" w:hAnsi="Arial" w:cs="Arial"/>
          <w:sz w:val="24"/>
          <w:szCs w:val="24"/>
        </w:rPr>
        <w:t>, assim solicitamos o encerramento do Instrumento de Repasse</w:t>
      </w:r>
      <w:r w:rsidRPr="00D970EB" w:rsidR="4B52B355">
        <w:rPr>
          <w:rFonts w:ascii="Arial" w:hAnsi="Arial" w:cs="Arial"/>
          <w:sz w:val="24"/>
          <w:szCs w:val="24"/>
        </w:rPr>
        <w:t>.</w:t>
      </w:r>
    </w:p>
    <w:p w:rsidRPr="00D970EB" w:rsidR="00161D8A" w:rsidP="003D6854" w:rsidRDefault="42101FD9" w14:paraId="1CE8DBA5" w14:textId="7401BD5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970EB">
        <w:rPr>
          <w:rFonts w:ascii="Arial" w:hAnsi="Arial" w:cs="Arial"/>
          <w:sz w:val="24"/>
          <w:szCs w:val="24"/>
        </w:rPr>
        <w:t xml:space="preserve">( </w:t>
      </w:r>
      <w:r w:rsidRPr="00D970EB" w:rsidR="00B66D04">
        <w:rPr>
          <w:rFonts w:ascii="Arial" w:hAnsi="Arial" w:cs="Arial"/>
          <w:sz w:val="24"/>
          <w:szCs w:val="24"/>
        </w:rPr>
        <w:t xml:space="preserve"> </w:t>
      </w:r>
      <w:r w:rsidRPr="00D970EB">
        <w:rPr>
          <w:rFonts w:ascii="Arial" w:hAnsi="Arial" w:cs="Arial"/>
          <w:sz w:val="24"/>
          <w:szCs w:val="24"/>
        </w:rPr>
        <w:t>)</w:t>
      </w:r>
      <w:proofErr w:type="gramEnd"/>
      <w:r w:rsidRPr="00D970EB">
        <w:rPr>
          <w:rFonts w:ascii="Arial" w:hAnsi="Arial" w:cs="Arial"/>
          <w:sz w:val="24"/>
          <w:szCs w:val="24"/>
        </w:rPr>
        <w:t xml:space="preserve"> </w:t>
      </w:r>
      <w:r w:rsidRPr="00D970EB" w:rsidR="4B52B355">
        <w:rPr>
          <w:rFonts w:ascii="Arial" w:hAnsi="Arial" w:cs="Arial"/>
          <w:b/>
          <w:bCs/>
          <w:sz w:val="24"/>
          <w:szCs w:val="24"/>
        </w:rPr>
        <w:t>O objeto do Instrumento de Repasse foi cumprido parcialmente</w:t>
      </w:r>
      <w:r w:rsidRPr="00D970EB" w:rsidR="4B52B355">
        <w:rPr>
          <w:rFonts w:ascii="Arial" w:hAnsi="Arial" w:cs="Arial"/>
          <w:sz w:val="24"/>
          <w:szCs w:val="24"/>
        </w:rPr>
        <w:t>, conforme justificativas apresentadas neste relatório</w:t>
      </w:r>
      <w:r w:rsidRPr="00D970EB" w:rsidR="00652D40">
        <w:rPr>
          <w:rFonts w:ascii="Arial" w:hAnsi="Arial" w:cs="Arial"/>
          <w:sz w:val="24"/>
          <w:szCs w:val="24"/>
        </w:rPr>
        <w:t>, assim solicitamos o encerramento do Instrumento de Repasse</w:t>
      </w:r>
      <w:r w:rsidRPr="00D970EB" w:rsidR="4B52B355">
        <w:rPr>
          <w:rFonts w:ascii="Arial" w:hAnsi="Arial" w:cs="Arial"/>
          <w:sz w:val="24"/>
          <w:szCs w:val="24"/>
        </w:rPr>
        <w:t>.</w:t>
      </w:r>
    </w:p>
    <w:p w:rsidRPr="00D970EB" w:rsidR="00161D8A" w:rsidP="003D6854" w:rsidRDefault="42101FD9" w14:paraId="2C3F12BF" w14:textId="15EDD6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970EB">
        <w:rPr>
          <w:rFonts w:ascii="Arial" w:hAnsi="Arial" w:cs="Arial"/>
          <w:sz w:val="24"/>
          <w:szCs w:val="24"/>
        </w:rPr>
        <w:t>( )</w:t>
      </w:r>
      <w:proofErr w:type="gramEnd"/>
      <w:r w:rsidRPr="00D970EB">
        <w:rPr>
          <w:rFonts w:ascii="Arial" w:hAnsi="Arial" w:cs="Arial"/>
          <w:sz w:val="24"/>
          <w:szCs w:val="24"/>
        </w:rPr>
        <w:t xml:space="preserve"> </w:t>
      </w:r>
      <w:r w:rsidRPr="00D970EB" w:rsidR="4B52B355">
        <w:rPr>
          <w:rFonts w:ascii="Arial" w:hAnsi="Arial" w:cs="Arial"/>
          <w:b/>
          <w:bCs/>
          <w:sz w:val="24"/>
          <w:szCs w:val="24"/>
        </w:rPr>
        <w:t>O objeto do Instrumento de Repasse não foi cumprido</w:t>
      </w:r>
      <w:r w:rsidRPr="00D970EB" w:rsidR="4B52B355">
        <w:rPr>
          <w:rFonts w:ascii="Arial" w:hAnsi="Arial" w:cs="Arial"/>
          <w:sz w:val="24"/>
          <w:szCs w:val="24"/>
        </w:rPr>
        <w:t>, conforme justificativas apresentadas neste relatório</w:t>
      </w:r>
      <w:r w:rsidRPr="00D970EB" w:rsidR="00652D40">
        <w:rPr>
          <w:rFonts w:ascii="Arial" w:hAnsi="Arial" w:cs="Arial"/>
          <w:sz w:val="24"/>
          <w:szCs w:val="24"/>
        </w:rPr>
        <w:t>, assim solicitamos o encerramento do Instrumento de Repasse</w:t>
      </w:r>
      <w:r w:rsidRPr="00D970EB" w:rsidR="4B52B355">
        <w:rPr>
          <w:rFonts w:ascii="Arial" w:hAnsi="Arial" w:cs="Arial"/>
          <w:sz w:val="24"/>
          <w:szCs w:val="24"/>
        </w:rPr>
        <w:t>.</w:t>
      </w:r>
    </w:p>
    <w:p w:rsidRPr="00D970EB" w:rsidR="00B66D04" w:rsidP="003D6854" w:rsidRDefault="00B66D04" w14:paraId="5346E884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Pr="00D970EB" w:rsidR="00A06BDE" w:rsidP="003D6854" w:rsidRDefault="00A06BDE" w14:paraId="2D4D0BD2" w14:textId="094AF1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 xml:space="preserve">Declaro que as contrapartidas </w:t>
      </w:r>
      <w:r w:rsidRPr="00D970EB" w:rsidR="009C0521">
        <w:rPr>
          <w:rFonts w:ascii="Arial" w:hAnsi="Arial" w:cs="Arial"/>
          <w:sz w:val="24"/>
          <w:szCs w:val="24"/>
        </w:rPr>
        <w:t>s</w:t>
      </w:r>
      <w:r w:rsidRPr="00D970EB">
        <w:rPr>
          <w:rFonts w:ascii="Arial" w:hAnsi="Arial" w:cs="Arial"/>
          <w:sz w:val="24"/>
          <w:szCs w:val="24"/>
        </w:rPr>
        <w:t>ociais obrigatórias previstas no Edital e no Plano de trabalho foram cumpridas</w:t>
      </w:r>
      <w:r w:rsidRPr="00D970EB" w:rsidR="00C15418">
        <w:rPr>
          <w:rFonts w:ascii="Arial" w:hAnsi="Arial" w:cs="Arial"/>
          <w:sz w:val="24"/>
          <w:szCs w:val="24"/>
        </w:rPr>
        <w:t xml:space="preserve"> e as</w:t>
      </w:r>
      <w:r w:rsidRPr="00D970EB">
        <w:rPr>
          <w:rFonts w:ascii="Arial" w:hAnsi="Arial" w:cs="Arial"/>
          <w:sz w:val="24"/>
          <w:szCs w:val="24"/>
        </w:rPr>
        <w:t xml:space="preserve"> </w:t>
      </w:r>
      <w:r w:rsidRPr="00D970EB" w:rsidR="008B3A85">
        <w:rPr>
          <w:rFonts w:ascii="Arial" w:hAnsi="Arial" w:cs="Arial"/>
          <w:sz w:val="24"/>
          <w:szCs w:val="24"/>
        </w:rPr>
        <w:t>evidências de</w:t>
      </w:r>
      <w:r w:rsidRPr="00D970EB" w:rsidR="00C15418">
        <w:rPr>
          <w:rFonts w:ascii="Arial" w:hAnsi="Arial" w:cs="Arial"/>
          <w:sz w:val="24"/>
          <w:szCs w:val="24"/>
        </w:rPr>
        <w:t xml:space="preserve"> sua execução foram </w:t>
      </w:r>
      <w:r w:rsidRPr="00D970EB">
        <w:rPr>
          <w:rFonts w:ascii="Arial" w:hAnsi="Arial" w:cs="Arial"/>
          <w:sz w:val="24"/>
          <w:szCs w:val="24"/>
        </w:rPr>
        <w:t xml:space="preserve">enviadas à ITAIPU por meio </w:t>
      </w:r>
      <w:r w:rsidRPr="00D970EB" w:rsidR="00EC159B">
        <w:rPr>
          <w:rFonts w:ascii="Arial" w:hAnsi="Arial" w:cs="Arial"/>
          <w:sz w:val="24"/>
          <w:szCs w:val="24"/>
        </w:rPr>
        <w:t>do sistema Bússola</w:t>
      </w:r>
      <w:r w:rsidRPr="00D970EB" w:rsidR="00B66D04">
        <w:rPr>
          <w:rFonts w:ascii="Arial" w:hAnsi="Arial" w:cs="Arial"/>
          <w:sz w:val="24"/>
          <w:szCs w:val="24"/>
        </w:rPr>
        <w:t>, mediante a</w:t>
      </w:r>
      <w:r w:rsidRPr="00D970EB" w:rsidR="00EC159B">
        <w:rPr>
          <w:rFonts w:ascii="Arial" w:hAnsi="Arial" w:cs="Arial"/>
          <w:sz w:val="24"/>
          <w:szCs w:val="24"/>
        </w:rPr>
        <w:t xml:space="preserve"> apresentação </w:t>
      </w:r>
      <w:r w:rsidRPr="00D970EB">
        <w:rPr>
          <w:rFonts w:ascii="Arial" w:hAnsi="Arial" w:cs="Arial"/>
          <w:sz w:val="24"/>
          <w:szCs w:val="24"/>
        </w:rPr>
        <w:t>do Anexo 19.</w:t>
      </w:r>
    </w:p>
    <w:p w:rsidRPr="00D970EB" w:rsidR="00A06BDE" w:rsidP="003D6854" w:rsidRDefault="00A06BDE" w14:paraId="64C623A0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Pr="00D970EB" w:rsidR="00161D8A" w:rsidP="003D6854" w:rsidRDefault="00161D8A" w14:paraId="0ABF0002" w14:textId="40FB056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 xml:space="preserve">Declaro, para os devidos fins, que as informações constantes neste relatório são verdadeiras e refletem a execução do projeto apoiado pela Itaipu Binacional. Declaro ainda que os documentos comprobatórios </w:t>
      </w:r>
      <w:r w:rsidRPr="00D970EB" w:rsidR="00F823A6">
        <w:rPr>
          <w:rFonts w:ascii="Arial" w:hAnsi="Arial" w:cs="Arial"/>
          <w:sz w:val="24"/>
          <w:szCs w:val="24"/>
        </w:rPr>
        <w:t>se encontram</w:t>
      </w:r>
      <w:r w:rsidRPr="00D970EB">
        <w:rPr>
          <w:rFonts w:ascii="Arial" w:hAnsi="Arial" w:cs="Arial"/>
          <w:sz w:val="24"/>
          <w:szCs w:val="24"/>
        </w:rPr>
        <w:t xml:space="preserve"> arquivados na entidade e poderão ser disponibilizados para análise sempre que solicitados.</w:t>
      </w:r>
    </w:p>
    <w:p w:rsidR="003D6854" w:rsidP="00C01541" w:rsidRDefault="003D6854" w14:paraId="15B4FDED" w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Pr="00D970EB" w:rsidR="002F5D9D" w:rsidP="00C01541" w:rsidRDefault="00185739" w14:paraId="321B82FB" w14:textId="32522D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br/>
      </w:r>
      <w:r w:rsidRPr="00D970EB">
        <w:rPr>
          <w:rFonts w:ascii="Arial" w:hAnsi="Arial" w:cs="Arial"/>
          <w:sz w:val="24"/>
          <w:szCs w:val="24"/>
        </w:rPr>
        <w:t>Local e data</w:t>
      </w:r>
    </w:p>
    <w:p w:rsidRPr="00D970EB" w:rsidR="002F5D9D" w:rsidP="001678C0" w:rsidRDefault="00185739" w14:paraId="541A7DA1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br/>
      </w:r>
      <w:r w:rsidRPr="00D970EB">
        <w:rPr>
          <w:rFonts w:ascii="Arial" w:hAnsi="Arial" w:cs="Arial"/>
          <w:sz w:val="24"/>
          <w:szCs w:val="24"/>
        </w:rPr>
        <w:t>Nome do Representante Legal</w:t>
      </w:r>
    </w:p>
    <w:p w:rsidRPr="00D970EB" w:rsidR="279948E1" w:rsidP="00D970EB" w:rsidRDefault="6FE804B0" w14:paraId="683675FD" w14:textId="6BDD526D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970EB">
        <w:rPr>
          <w:rFonts w:ascii="Arial" w:hAnsi="Arial" w:cs="Arial"/>
          <w:sz w:val="24"/>
          <w:szCs w:val="24"/>
        </w:rPr>
        <w:t>Cargo</w:t>
      </w:r>
      <w:r w:rsidRPr="00D970EB">
        <w:rPr>
          <w:rFonts w:ascii="Arial" w:hAnsi="Arial" w:cs="Arial"/>
          <w:sz w:val="24"/>
          <w:szCs w:val="24"/>
        </w:rPr>
        <w:br/>
      </w:r>
      <w:r w:rsidRPr="00D970EB">
        <w:rPr>
          <w:rFonts w:ascii="Arial" w:hAnsi="Arial" w:cs="Arial"/>
          <w:sz w:val="24"/>
          <w:szCs w:val="24"/>
        </w:rPr>
        <w:t>CPF</w:t>
      </w:r>
      <w:r w:rsidRPr="00D970EB">
        <w:rPr>
          <w:rFonts w:ascii="Arial" w:hAnsi="Arial" w:cs="Arial"/>
          <w:sz w:val="24"/>
          <w:szCs w:val="24"/>
        </w:rPr>
        <w:br/>
      </w:r>
      <w:r w:rsidRPr="00D970EB">
        <w:rPr>
          <w:rFonts w:ascii="Arial" w:hAnsi="Arial" w:cs="Arial"/>
          <w:sz w:val="24"/>
          <w:szCs w:val="24"/>
        </w:rPr>
        <w:t>Assinatura</w:t>
      </w:r>
    </w:p>
    <w:sectPr w:rsidRPr="00D970EB" w:rsidR="279948E1" w:rsidSect="000149EC">
      <w:footerReference w:type="default" r:id="rId8"/>
      <w:pgSz w:w="12240" w:h="15840" w:orient="portrait"/>
      <w:pgMar w:top="1418" w:right="851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428F" w:rsidP="00154D8E" w:rsidRDefault="0097428F" w14:paraId="602CFFF8" w14:textId="77777777">
      <w:pPr>
        <w:spacing w:after="0" w:line="240" w:lineRule="auto"/>
      </w:pPr>
      <w:r>
        <w:separator/>
      </w:r>
    </w:p>
  </w:endnote>
  <w:endnote w:type="continuationSeparator" w:id="0">
    <w:p w:rsidR="0097428F" w:rsidP="00154D8E" w:rsidRDefault="0097428F" w14:paraId="65E64A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6840150"/>
      <w:docPartObj>
        <w:docPartGallery w:val="Page Numbers (Bottom of Page)"/>
        <w:docPartUnique/>
      </w:docPartObj>
    </w:sdtPr>
    <w:sdtContent>
      <w:p w:rsidR="00154D8E" w:rsidRDefault="00154D8E" w14:paraId="77957C59" w14:textId="796B6D8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54D8E" w:rsidRDefault="00154D8E" w14:paraId="59DA5F2F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428F" w:rsidP="00154D8E" w:rsidRDefault="0097428F" w14:paraId="1CD440AE" w14:textId="77777777">
      <w:pPr>
        <w:spacing w:after="0" w:line="240" w:lineRule="auto"/>
      </w:pPr>
      <w:r>
        <w:separator/>
      </w:r>
    </w:p>
  </w:footnote>
  <w:footnote w:type="continuationSeparator" w:id="0">
    <w:p w:rsidR="0097428F" w:rsidP="00154D8E" w:rsidRDefault="0097428F" w14:paraId="541F0AB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F2A74AB"/>
    <w:multiLevelType w:val="hybridMultilevel"/>
    <w:tmpl w:val="44B8BB6A"/>
    <w:lvl w:ilvl="0" w:tplc="0416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7713FC6"/>
    <w:multiLevelType w:val="hybridMultilevel"/>
    <w:tmpl w:val="8B6057BA"/>
    <w:lvl w:ilvl="0" w:tplc="D08646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DE5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602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644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DE15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0087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2466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BAB9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E223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7EB2433"/>
    <w:multiLevelType w:val="hybridMultilevel"/>
    <w:tmpl w:val="FC48EB90"/>
    <w:lvl w:ilvl="0" w:tplc="932A43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400512"/>
    <w:multiLevelType w:val="hybridMultilevel"/>
    <w:tmpl w:val="B5E6C4CA"/>
    <w:lvl w:ilvl="0" w:tplc="213EB3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84B9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32C1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CC73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8CE1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56FE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C4CA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66FA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184B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23CD619"/>
    <w:multiLevelType w:val="hybridMultilevel"/>
    <w:tmpl w:val="4B601E34"/>
    <w:lvl w:ilvl="0" w:tplc="F80EB4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6089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EC95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56DB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7C58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F2D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5CA6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08E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18D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40C685"/>
    <w:multiLevelType w:val="hybridMultilevel"/>
    <w:tmpl w:val="6F3E01A0"/>
    <w:lvl w:ilvl="0" w:tplc="932A43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BA6E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7C1A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AB1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D0F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C2C0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8ECC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567E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BCC2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BC9619C"/>
    <w:multiLevelType w:val="hybridMultilevel"/>
    <w:tmpl w:val="E47AA6B8"/>
    <w:lvl w:ilvl="0" w:tplc="661843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82BF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A8E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BE26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F6EF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A235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6C20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4668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68BF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DC1522B"/>
    <w:multiLevelType w:val="hybridMultilevel"/>
    <w:tmpl w:val="02CEE02A"/>
    <w:lvl w:ilvl="0" w:tplc="932A43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6F6E2E13"/>
    <w:multiLevelType w:val="hybridMultilevel"/>
    <w:tmpl w:val="9682989E"/>
    <w:lvl w:ilvl="0" w:tplc="932A43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7EF54B42"/>
    <w:multiLevelType w:val="hybridMultilevel"/>
    <w:tmpl w:val="CA548D4C"/>
    <w:lvl w:ilvl="0" w:tplc="932A43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74232053">
    <w:abstractNumId w:val="12"/>
  </w:num>
  <w:num w:numId="2" w16cid:durableId="1737627442">
    <w:abstractNumId w:val="15"/>
  </w:num>
  <w:num w:numId="3" w16cid:durableId="643966372">
    <w:abstractNumId w:val="13"/>
  </w:num>
  <w:num w:numId="4" w16cid:durableId="1541236948">
    <w:abstractNumId w:val="14"/>
  </w:num>
  <w:num w:numId="5" w16cid:durableId="1072585633">
    <w:abstractNumId w:val="10"/>
  </w:num>
  <w:num w:numId="6" w16cid:durableId="84040494">
    <w:abstractNumId w:val="8"/>
  </w:num>
  <w:num w:numId="7" w16cid:durableId="361321445">
    <w:abstractNumId w:val="6"/>
  </w:num>
  <w:num w:numId="8" w16cid:durableId="991954825">
    <w:abstractNumId w:val="5"/>
  </w:num>
  <w:num w:numId="9" w16cid:durableId="987906133">
    <w:abstractNumId w:val="4"/>
  </w:num>
  <w:num w:numId="10" w16cid:durableId="161819023">
    <w:abstractNumId w:val="7"/>
  </w:num>
  <w:num w:numId="11" w16cid:durableId="1208252778">
    <w:abstractNumId w:val="3"/>
  </w:num>
  <w:num w:numId="12" w16cid:durableId="511602087">
    <w:abstractNumId w:val="2"/>
  </w:num>
  <w:num w:numId="13" w16cid:durableId="1560168061">
    <w:abstractNumId w:val="1"/>
  </w:num>
  <w:num w:numId="14" w16cid:durableId="605424804">
    <w:abstractNumId w:val="0"/>
  </w:num>
  <w:num w:numId="15" w16cid:durableId="1560509431">
    <w:abstractNumId w:val="9"/>
  </w:num>
  <w:num w:numId="16" w16cid:durableId="1425220689">
    <w:abstractNumId w:val="18"/>
  </w:num>
  <w:num w:numId="17" w16cid:durableId="116267702">
    <w:abstractNumId w:val="16"/>
  </w:num>
  <w:num w:numId="18" w16cid:durableId="1542354729">
    <w:abstractNumId w:val="11"/>
  </w:num>
  <w:num w:numId="19" w16cid:durableId="503479156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E7"/>
    <w:rsid w:val="000149EC"/>
    <w:rsid w:val="00030E48"/>
    <w:rsid w:val="00034616"/>
    <w:rsid w:val="00050020"/>
    <w:rsid w:val="00056AA4"/>
    <w:rsid w:val="0006063C"/>
    <w:rsid w:val="00063D43"/>
    <w:rsid w:val="00070904"/>
    <w:rsid w:val="000713C3"/>
    <w:rsid w:val="000741DE"/>
    <w:rsid w:val="000B4C0F"/>
    <w:rsid w:val="000C45FC"/>
    <w:rsid w:val="0012099C"/>
    <w:rsid w:val="0015074B"/>
    <w:rsid w:val="00154D8E"/>
    <w:rsid w:val="00155431"/>
    <w:rsid w:val="00161A01"/>
    <w:rsid w:val="00161D8A"/>
    <w:rsid w:val="00164CC7"/>
    <w:rsid w:val="001678C0"/>
    <w:rsid w:val="00181108"/>
    <w:rsid w:val="001854BD"/>
    <w:rsid w:val="00185739"/>
    <w:rsid w:val="00196A39"/>
    <w:rsid w:val="00197C29"/>
    <w:rsid w:val="00197E5A"/>
    <w:rsid w:val="001D537A"/>
    <w:rsid w:val="001D6CA0"/>
    <w:rsid w:val="001E4ADC"/>
    <w:rsid w:val="001E53DC"/>
    <w:rsid w:val="002553B9"/>
    <w:rsid w:val="00281096"/>
    <w:rsid w:val="002824C8"/>
    <w:rsid w:val="00294950"/>
    <w:rsid w:val="0029639D"/>
    <w:rsid w:val="0029741E"/>
    <w:rsid w:val="002C30EA"/>
    <w:rsid w:val="002E2294"/>
    <w:rsid w:val="002E4700"/>
    <w:rsid w:val="002F5D9D"/>
    <w:rsid w:val="002F79FA"/>
    <w:rsid w:val="00326F90"/>
    <w:rsid w:val="00334DD0"/>
    <w:rsid w:val="00350F24"/>
    <w:rsid w:val="00362060"/>
    <w:rsid w:val="00362991"/>
    <w:rsid w:val="0038222F"/>
    <w:rsid w:val="0039384B"/>
    <w:rsid w:val="003A69E2"/>
    <w:rsid w:val="003D6854"/>
    <w:rsid w:val="003F6B42"/>
    <w:rsid w:val="004267B3"/>
    <w:rsid w:val="004A53A8"/>
    <w:rsid w:val="004E403C"/>
    <w:rsid w:val="004E62CA"/>
    <w:rsid w:val="00507BF3"/>
    <w:rsid w:val="0051799C"/>
    <w:rsid w:val="0052760D"/>
    <w:rsid w:val="0053251B"/>
    <w:rsid w:val="005565D0"/>
    <w:rsid w:val="0058786B"/>
    <w:rsid w:val="005C5AED"/>
    <w:rsid w:val="005C64DF"/>
    <w:rsid w:val="005C773C"/>
    <w:rsid w:val="005D261C"/>
    <w:rsid w:val="005D48EA"/>
    <w:rsid w:val="005F372E"/>
    <w:rsid w:val="00602DDA"/>
    <w:rsid w:val="00652D40"/>
    <w:rsid w:val="00674DA1"/>
    <w:rsid w:val="006877DA"/>
    <w:rsid w:val="006A0373"/>
    <w:rsid w:val="006A0850"/>
    <w:rsid w:val="006A0C83"/>
    <w:rsid w:val="006B0BBF"/>
    <w:rsid w:val="006B1A2A"/>
    <w:rsid w:val="0072755A"/>
    <w:rsid w:val="0076279D"/>
    <w:rsid w:val="00776AF6"/>
    <w:rsid w:val="00776FFE"/>
    <w:rsid w:val="007879CF"/>
    <w:rsid w:val="0079082C"/>
    <w:rsid w:val="007A51DE"/>
    <w:rsid w:val="007B435D"/>
    <w:rsid w:val="007F6AD2"/>
    <w:rsid w:val="00804490"/>
    <w:rsid w:val="008067E9"/>
    <w:rsid w:val="0081031B"/>
    <w:rsid w:val="00814C58"/>
    <w:rsid w:val="00814F61"/>
    <w:rsid w:val="00815C50"/>
    <w:rsid w:val="008263C1"/>
    <w:rsid w:val="008305B6"/>
    <w:rsid w:val="00844986"/>
    <w:rsid w:val="00861A72"/>
    <w:rsid w:val="008B2415"/>
    <w:rsid w:val="008B3A85"/>
    <w:rsid w:val="008D0E27"/>
    <w:rsid w:val="008E6C90"/>
    <w:rsid w:val="008F3F9F"/>
    <w:rsid w:val="0090481D"/>
    <w:rsid w:val="0092147C"/>
    <w:rsid w:val="009221F1"/>
    <w:rsid w:val="009320A9"/>
    <w:rsid w:val="009516BA"/>
    <w:rsid w:val="009538D1"/>
    <w:rsid w:val="00961F60"/>
    <w:rsid w:val="0097428F"/>
    <w:rsid w:val="009A28A5"/>
    <w:rsid w:val="009B54B7"/>
    <w:rsid w:val="009C0521"/>
    <w:rsid w:val="009D6070"/>
    <w:rsid w:val="00A06BDE"/>
    <w:rsid w:val="00A8341E"/>
    <w:rsid w:val="00A91DCF"/>
    <w:rsid w:val="00AA1D8D"/>
    <w:rsid w:val="00AB475B"/>
    <w:rsid w:val="00AB6CCB"/>
    <w:rsid w:val="00AD39D4"/>
    <w:rsid w:val="00AE16C8"/>
    <w:rsid w:val="00B03654"/>
    <w:rsid w:val="00B0470D"/>
    <w:rsid w:val="00B47730"/>
    <w:rsid w:val="00B6583F"/>
    <w:rsid w:val="00B66D04"/>
    <w:rsid w:val="00B77B3E"/>
    <w:rsid w:val="00BA123E"/>
    <w:rsid w:val="00BA3D19"/>
    <w:rsid w:val="00BD7FB5"/>
    <w:rsid w:val="00BE6281"/>
    <w:rsid w:val="00C0028F"/>
    <w:rsid w:val="00C01541"/>
    <w:rsid w:val="00C15418"/>
    <w:rsid w:val="00C24979"/>
    <w:rsid w:val="00C266BF"/>
    <w:rsid w:val="00C303D4"/>
    <w:rsid w:val="00C612E0"/>
    <w:rsid w:val="00C8537A"/>
    <w:rsid w:val="00C96A36"/>
    <w:rsid w:val="00CA3C89"/>
    <w:rsid w:val="00CB003B"/>
    <w:rsid w:val="00CB0664"/>
    <w:rsid w:val="00CB540C"/>
    <w:rsid w:val="00CC0786"/>
    <w:rsid w:val="00CD41C9"/>
    <w:rsid w:val="00D13BFD"/>
    <w:rsid w:val="00D34277"/>
    <w:rsid w:val="00D545DF"/>
    <w:rsid w:val="00D5555D"/>
    <w:rsid w:val="00D55EB2"/>
    <w:rsid w:val="00D970EB"/>
    <w:rsid w:val="00DF338C"/>
    <w:rsid w:val="00E2196A"/>
    <w:rsid w:val="00E46AB5"/>
    <w:rsid w:val="00E51243"/>
    <w:rsid w:val="00E62850"/>
    <w:rsid w:val="00EA0CBD"/>
    <w:rsid w:val="00EB4ED1"/>
    <w:rsid w:val="00EC159B"/>
    <w:rsid w:val="00ED1381"/>
    <w:rsid w:val="00EE673F"/>
    <w:rsid w:val="00F061C4"/>
    <w:rsid w:val="00F13826"/>
    <w:rsid w:val="00F44D03"/>
    <w:rsid w:val="00F602B2"/>
    <w:rsid w:val="00F64A0A"/>
    <w:rsid w:val="00F67692"/>
    <w:rsid w:val="00F823A6"/>
    <w:rsid w:val="00FA0384"/>
    <w:rsid w:val="00FA49C8"/>
    <w:rsid w:val="00FA5727"/>
    <w:rsid w:val="00FA6E8C"/>
    <w:rsid w:val="00FC1099"/>
    <w:rsid w:val="00FC693F"/>
    <w:rsid w:val="00FE3336"/>
    <w:rsid w:val="08A05C32"/>
    <w:rsid w:val="0D16E7F2"/>
    <w:rsid w:val="10456B0A"/>
    <w:rsid w:val="193D2AC7"/>
    <w:rsid w:val="1B1BADD8"/>
    <w:rsid w:val="216CB4E4"/>
    <w:rsid w:val="2303BBFF"/>
    <w:rsid w:val="24381487"/>
    <w:rsid w:val="2491A058"/>
    <w:rsid w:val="2682F7B5"/>
    <w:rsid w:val="26E3CC27"/>
    <w:rsid w:val="279948E1"/>
    <w:rsid w:val="281EA426"/>
    <w:rsid w:val="294F0B4E"/>
    <w:rsid w:val="2C489CA1"/>
    <w:rsid w:val="2F7EE816"/>
    <w:rsid w:val="334F54E8"/>
    <w:rsid w:val="34C54AD1"/>
    <w:rsid w:val="36B6962A"/>
    <w:rsid w:val="377BCBC4"/>
    <w:rsid w:val="38FCF122"/>
    <w:rsid w:val="3A0BCF8D"/>
    <w:rsid w:val="3A902CC1"/>
    <w:rsid w:val="3AB25401"/>
    <w:rsid w:val="3D5D8C56"/>
    <w:rsid w:val="3DE4954D"/>
    <w:rsid w:val="3EF3480B"/>
    <w:rsid w:val="42101FD9"/>
    <w:rsid w:val="45847799"/>
    <w:rsid w:val="47F5B990"/>
    <w:rsid w:val="499B9568"/>
    <w:rsid w:val="4B52B355"/>
    <w:rsid w:val="4D19833A"/>
    <w:rsid w:val="5333A185"/>
    <w:rsid w:val="5D2452A9"/>
    <w:rsid w:val="5EFF97AD"/>
    <w:rsid w:val="605CD555"/>
    <w:rsid w:val="642DD5B7"/>
    <w:rsid w:val="66F66173"/>
    <w:rsid w:val="68932527"/>
    <w:rsid w:val="68DC4D3C"/>
    <w:rsid w:val="69D7EA8E"/>
    <w:rsid w:val="6FE804B0"/>
    <w:rsid w:val="70DF2F54"/>
    <w:rsid w:val="712B2CB9"/>
    <w:rsid w:val="7941D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B5A1871-7535-485D-A5DC-8E9639F513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har" w:customStyle="1">
    <w:name w:val="Título 7 Char"/>
    <w:basedOn w:val="Fontepargpadro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har" w:customStyle="1">
    <w:name w:val="Título 8 Char"/>
    <w:basedOn w:val="Fontepargpadro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o">
    <w:name w:val="Revision"/>
    <w:hidden/>
    <w:uiPriority w:val="99"/>
    <w:semiHidden/>
    <w:rsid w:val="0039384B"/>
    <w:pPr>
      <w:spacing w:after="0" w:line="240" w:lineRule="auto"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27f816-99e9-48e2-96b8-7197a663025b}" enabled="0" method="" siteId="{3f27f816-99e9-48e2-96b8-7197a663025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GIACOMEL</dc:creator>
  <keywords/>
  <dc:description>generated by python-docx</dc:description>
  <lastModifiedBy>CRISTINA GIACOMEL</lastModifiedBy>
  <revision>99</revision>
  <dcterms:created xsi:type="dcterms:W3CDTF">2026-08-21T23:45:00.0000000Z</dcterms:created>
  <dcterms:modified xsi:type="dcterms:W3CDTF">2026-09-14T14:25:30.9826254Z</dcterms:modified>
  <category/>
</coreProperties>
</file>