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0F2E5" w14:textId="77777777" w:rsidR="0053251B" w:rsidRDefault="0053251B" w:rsidP="0053251B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D41C9">
        <w:rPr>
          <w:rFonts w:ascii="Arial" w:hAnsi="Arial" w:cs="Arial"/>
          <w:sz w:val="20"/>
          <w:szCs w:val="20"/>
        </w:rPr>
        <w:t>(Papel timbrado da Entidade Beneficiária)</w:t>
      </w:r>
    </w:p>
    <w:p w14:paraId="3F735521" w14:textId="77777777" w:rsidR="0053251B" w:rsidRPr="00CD41C9" w:rsidRDefault="0053251B" w:rsidP="0053251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5DBD4BF" w14:textId="2CF38259" w:rsidR="0090481D" w:rsidRPr="00CD41C9" w:rsidRDefault="00000000" w:rsidP="00C0154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D41C9">
        <w:rPr>
          <w:rFonts w:ascii="Arial" w:hAnsi="Arial" w:cs="Arial"/>
          <w:b/>
          <w:sz w:val="24"/>
          <w:szCs w:val="24"/>
        </w:rPr>
        <w:t>RELATÓRIO DE CUMPRIMENTO DO OBJETO</w:t>
      </w:r>
    </w:p>
    <w:p w14:paraId="16C4AE0D" w14:textId="77777777" w:rsidR="009538D1" w:rsidRPr="00CD41C9" w:rsidRDefault="009538D1" w:rsidP="00C0154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D7D81A5" w14:textId="77777777" w:rsidR="0090481D" w:rsidRPr="00CD41C9" w:rsidRDefault="6FE804B0" w:rsidP="00C01541">
      <w:pPr>
        <w:pStyle w:val="Ttulo1"/>
        <w:spacing w:before="0" w:line="360" w:lineRule="auto"/>
        <w:jc w:val="both"/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color w:val="auto"/>
          <w:sz w:val="24"/>
          <w:szCs w:val="24"/>
        </w:rPr>
        <w:t>1. IDENTIFICAÇÃO DO PROJETO</w:t>
      </w:r>
    </w:p>
    <w:tbl>
      <w:tblPr>
        <w:tblStyle w:val="Tabelacomgrade"/>
        <w:tblW w:w="10206" w:type="dxa"/>
        <w:tblInd w:w="108" w:type="dxa"/>
        <w:tblLook w:val="06A0" w:firstRow="1" w:lastRow="0" w:firstColumn="1" w:lastColumn="0" w:noHBand="1" w:noVBand="1"/>
      </w:tblPr>
      <w:tblGrid>
        <w:gridCol w:w="3409"/>
        <w:gridCol w:w="6797"/>
      </w:tblGrid>
      <w:tr w:rsidR="279948E1" w:rsidRPr="00CD41C9" w14:paraId="6C052005" w14:textId="77777777" w:rsidTr="008B2415">
        <w:trPr>
          <w:trHeight w:val="306"/>
        </w:trPr>
        <w:tc>
          <w:tcPr>
            <w:tcW w:w="3409" w:type="dxa"/>
          </w:tcPr>
          <w:p w14:paraId="13FACEF2" w14:textId="30239E64" w:rsidR="10456B0A" w:rsidRPr="00CD41C9" w:rsidRDefault="10456B0A" w:rsidP="007A51D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D41C9">
              <w:rPr>
                <w:rFonts w:ascii="Arial" w:eastAsia="Times New Roman" w:hAnsi="Arial" w:cs="Arial"/>
                <w:sz w:val="24"/>
                <w:szCs w:val="24"/>
              </w:rPr>
              <w:t>Edital</w:t>
            </w:r>
          </w:p>
        </w:tc>
        <w:tc>
          <w:tcPr>
            <w:tcW w:w="6797" w:type="dxa"/>
          </w:tcPr>
          <w:p w14:paraId="7577C23C" w14:textId="4DEC9F82" w:rsidR="279948E1" w:rsidRPr="00CD41C9" w:rsidRDefault="10456B0A" w:rsidP="007A51DE">
            <w:pPr>
              <w:spacing w:line="30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41C9">
              <w:rPr>
                <w:rFonts w:ascii="Arial" w:eastAsia="Times New Roman" w:hAnsi="Arial" w:cs="Arial"/>
                <w:sz w:val="24"/>
                <w:szCs w:val="24"/>
              </w:rPr>
              <w:t>Edital nº</w:t>
            </w:r>
            <w:r w:rsidR="002E4700">
              <w:rPr>
                <w:rFonts w:ascii="Arial" w:eastAsia="Times New Roman" w:hAnsi="Arial" w:cs="Arial"/>
                <w:sz w:val="24"/>
                <w:szCs w:val="24"/>
              </w:rPr>
              <w:t xml:space="preserve"> 01/2024</w:t>
            </w:r>
          </w:p>
        </w:tc>
      </w:tr>
      <w:tr w:rsidR="279948E1" w:rsidRPr="00CD41C9" w14:paraId="5943BE14" w14:textId="77777777" w:rsidTr="008B2415">
        <w:trPr>
          <w:trHeight w:val="306"/>
        </w:trPr>
        <w:tc>
          <w:tcPr>
            <w:tcW w:w="3409" w:type="dxa"/>
          </w:tcPr>
          <w:p w14:paraId="160AE4AF" w14:textId="1D8CB798" w:rsidR="279948E1" w:rsidRPr="00CD41C9" w:rsidRDefault="279948E1" w:rsidP="007A51DE">
            <w:pPr>
              <w:spacing w:line="30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41C9">
              <w:rPr>
                <w:rFonts w:ascii="Arial" w:eastAsia="Times New Roman" w:hAnsi="Arial" w:cs="Arial"/>
                <w:sz w:val="24"/>
                <w:szCs w:val="24"/>
              </w:rPr>
              <w:t>Programa</w:t>
            </w:r>
          </w:p>
        </w:tc>
        <w:tc>
          <w:tcPr>
            <w:tcW w:w="6797" w:type="dxa"/>
          </w:tcPr>
          <w:p w14:paraId="3E48D017" w14:textId="5E144BFF" w:rsidR="279948E1" w:rsidRPr="00CD41C9" w:rsidRDefault="279948E1" w:rsidP="007A51DE">
            <w:pPr>
              <w:spacing w:line="30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41C9">
              <w:rPr>
                <w:rFonts w:ascii="Arial" w:eastAsia="Times New Roman" w:hAnsi="Arial" w:cs="Arial"/>
                <w:sz w:val="24"/>
                <w:szCs w:val="24"/>
              </w:rPr>
              <w:t>Itaipu Mais que Energia – Fortalecimento de Instituições Sociais</w:t>
            </w:r>
          </w:p>
        </w:tc>
      </w:tr>
      <w:tr w:rsidR="279948E1" w:rsidRPr="00CD41C9" w14:paraId="6808CCCB" w14:textId="77777777" w:rsidTr="008B2415">
        <w:trPr>
          <w:trHeight w:val="306"/>
        </w:trPr>
        <w:tc>
          <w:tcPr>
            <w:tcW w:w="3409" w:type="dxa"/>
          </w:tcPr>
          <w:p w14:paraId="48E0D6F1" w14:textId="78D5F499" w:rsidR="279948E1" w:rsidRPr="00CD41C9" w:rsidRDefault="279948E1" w:rsidP="007A51DE">
            <w:pPr>
              <w:spacing w:line="30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41C9">
              <w:rPr>
                <w:rFonts w:ascii="Arial" w:eastAsia="Times New Roman" w:hAnsi="Arial" w:cs="Arial"/>
                <w:sz w:val="24"/>
                <w:szCs w:val="24"/>
              </w:rPr>
              <w:t>Nome do Projeto</w:t>
            </w:r>
          </w:p>
        </w:tc>
        <w:tc>
          <w:tcPr>
            <w:tcW w:w="6797" w:type="dxa"/>
          </w:tcPr>
          <w:p w14:paraId="601A2D62" w14:textId="1C2B5D31" w:rsidR="279948E1" w:rsidRPr="00CD41C9" w:rsidRDefault="279948E1" w:rsidP="007A51D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279948E1" w:rsidRPr="00CD41C9" w14:paraId="14E92364" w14:textId="77777777" w:rsidTr="008B2415">
        <w:trPr>
          <w:trHeight w:val="306"/>
        </w:trPr>
        <w:tc>
          <w:tcPr>
            <w:tcW w:w="3409" w:type="dxa"/>
          </w:tcPr>
          <w:p w14:paraId="320DF19B" w14:textId="462D3815" w:rsidR="279948E1" w:rsidRPr="00CD41C9" w:rsidRDefault="279948E1" w:rsidP="007A51DE">
            <w:pPr>
              <w:spacing w:line="30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41C9">
              <w:rPr>
                <w:rFonts w:ascii="Arial" w:eastAsia="Times New Roman" w:hAnsi="Arial" w:cs="Arial"/>
                <w:sz w:val="24"/>
                <w:szCs w:val="24"/>
              </w:rPr>
              <w:t>Entidade Beneficiária</w:t>
            </w:r>
          </w:p>
        </w:tc>
        <w:tc>
          <w:tcPr>
            <w:tcW w:w="6797" w:type="dxa"/>
          </w:tcPr>
          <w:p w14:paraId="480C031F" w14:textId="3BDBCB8C" w:rsidR="279948E1" w:rsidRPr="00CD41C9" w:rsidRDefault="279948E1" w:rsidP="007A51D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279948E1" w:rsidRPr="00CD41C9" w14:paraId="77474971" w14:textId="77777777" w:rsidTr="008B2415">
        <w:trPr>
          <w:trHeight w:val="306"/>
        </w:trPr>
        <w:tc>
          <w:tcPr>
            <w:tcW w:w="3409" w:type="dxa"/>
          </w:tcPr>
          <w:p w14:paraId="12044D70" w14:textId="4A2F8B2D" w:rsidR="279948E1" w:rsidRPr="00CD41C9" w:rsidRDefault="279948E1" w:rsidP="007A51DE">
            <w:pPr>
              <w:spacing w:line="30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41C9">
              <w:rPr>
                <w:rFonts w:ascii="Arial" w:eastAsia="Times New Roman" w:hAnsi="Arial" w:cs="Arial"/>
                <w:sz w:val="24"/>
                <w:szCs w:val="24"/>
              </w:rPr>
              <w:t>CNPJ</w:t>
            </w:r>
          </w:p>
        </w:tc>
        <w:tc>
          <w:tcPr>
            <w:tcW w:w="6797" w:type="dxa"/>
          </w:tcPr>
          <w:p w14:paraId="5E08AD0F" w14:textId="242A8D8F" w:rsidR="279948E1" w:rsidRPr="00CD41C9" w:rsidRDefault="279948E1" w:rsidP="007A51D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279948E1" w:rsidRPr="00CD41C9" w14:paraId="1453EA2E" w14:textId="77777777" w:rsidTr="008B2415">
        <w:trPr>
          <w:trHeight w:val="306"/>
        </w:trPr>
        <w:tc>
          <w:tcPr>
            <w:tcW w:w="3409" w:type="dxa"/>
          </w:tcPr>
          <w:p w14:paraId="52A7688F" w14:textId="3163F7DA" w:rsidR="279948E1" w:rsidRPr="00CD41C9" w:rsidRDefault="279948E1" w:rsidP="007A51DE">
            <w:pPr>
              <w:spacing w:line="30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41C9">
              <w:rPr>
                <w:rFonts w:ascii="Arial" w:eastAsia="Times New Roman" w:hAnsi="Arial" w:cs="Arial"/>
                <w:sz w:val="24"/>
                <w:szCs w:val="24"/>
              </w:rPr>
              <w:t>Instrumento de Repasse CAIXA</w:t>
            </w:r>
          </w:p>
        </w:tc>
        <w:tc>
          <w:tcPr>
            <w:tcW w:w="6797" w:type="dxa"/>
          </w:tcPr>
          <w:p w14:paraId="0B639985" w14:textId="794DEE33" w:rsidR="279948E1" w:rsidRPr="00CD41C9" w:rsidRDefault="279948E1" w:rsidP="007A51D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279948E1" w:rsidRPr="00CD41C9" w14:paraId="5CD34B7D" w14:textId="77777777" w:rsidTr="008B2415">
        <w:trPr>
          <w:trHeight w:val="306"/>
        </w:trPr>
        <w:tc>
          <w:tcPr>
            <w:tcW w:w="3409" w:type="dxa"/>
          </w:tcPr>
          <w:p w14:paraId="1BD12617" w14:textId="4266DDF3" w:rsidR="279948E1" w:rsidRPr="00CD41C9" w:rsidRDefault="279948E1" w:rsidP="007A51DE">
            <w:pPr>
              <w:spacing w:line="30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41C9">
              <w:rPr>
                <w:rFonts w:ascii="Arial" w:eastAsia="Times New Roman" w:hAnsi="Arial" w:cs="Arial"/>
                <w:sz w:val="24"/>
                <w:szCs w:val="24"/>
              </w:rPr>
              <w:t>Vigência do Projeto</w:t>
            </w:r>
          </w:p>
        </w:tc>
        <w:tc>
          <w:tcPr>
            <w:tcW w:w="6797" w:type="dxa"/>
          </w:tcPr>
          <w:p w14:paraId="68889D8A" w14:textId="43A3D638" w:rsidR="279948E1" w:rsidRPr="00CD41C9" w:rsidRDefault="279948E1" w:rsidP="007A51D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279948E1" w:rsidRPr="00CD41C9" w14:paraId="318EB4B3" w14:textId="77777777" w:rsidTr="008B2415">
        <w:trPr>
          <w:trHeight w:val="306"/>
        </w:trPr>
        <w:tc>
          <w:tcPr>
            <w:tcW w:w="3409" w:type="dxa"/>
          </w:tcPr>
          <w:p w14:paraId="694B15EC" w14:textId="313B9C0F" w:rsidR="279948E1" w:rsidRPr="00CD41C9" w:rsidRDefault="279948E1" w:rsidP="007A51DE">
            <w:pPr>
              <w:spacing w:line="30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41C9">
              <w:rPr>
                <w:rFonts w:ascii="Arial" w:eastAsia="Times New Roman" w:hAnsi="Arial" w:cs="Arial"/>
                <w:sz w:val="24"/>
                <w:szCs w:val="24"/>
              </w:rPr>
              <w:t>Município(s) de Execução</w:t>
            </w:r>
          </w:p>
        </w:tc>
        <w:tc>
          <w:tcPr>
            <w:tcW w:w="6797" w:type="dxa"/>
          </w:tcPr>
          <w:p w14:paraId="567DA718" w14:textId="03C09ECA" w:rsidR="279948E1" w:rsidRPr="00CD41C9" w:rsidRDefault="279948E1" w:rsidP="007A51D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279948E1" w:rsidRPr="00CD41C9" w14:paraId="54C8B322" w14:textId="77777777" w:rsidTr="008B2415">
        <w:trPr>
          <w:trHeight w:val="306"/>
        </w:trPr>
        <w:tc>
          <w:tcPr>
            <w:tcW w:w="3409" w:type="dxa"/>
          </w:tcPr>
          <w:p w14:paraId="2656BA6A" w14:textId="6EAFC549" w:rsidR="5333A185" w:rsidRPr="00CD41C9" w:rsidRDefault="5333A185" w:rsidP="007A51DE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41C9">
              <w:rPr>
                <w:rFonts w:ascii="Arial" w:eastAsia="Times New Roman" w:hAnsi="Arial" w:cs="Arial"/>
                <w:sz w:val="24"/>
                <w:szCs w:val="24"/>
              </w:rPr>
              <w:t>Representante Legal:</w:t>
            </w:r>
          </w:p>
        </w:tc>
        <w:tc>
          <w:tcPr>
            <w:tcW w:w="6797" w:type="dxa"/>
          </w:tcPr>
          <w:p w14:paraId="4AA611D8" w14:textId="23FDEFA7" w:rsidR="279948E1" w:rsidRPr="00CD41C9" w:rsidRDefault="279948E1" w:rsidP="007A51D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20ACE3B5" w14:textId="4F0900E8" w:rsidR="279948E1" w:rsidRPr="00CD41C9" w:rsidRDefault="279948E1" w:rsidP="279948E1">
      <w:pPr>
        <w:rPr>
          <w:rFonts w:ascii="Arial" w:hAnsi="Arial" w:cs="Arial"/>
          <w:sz w:val="24"/>
          <w:szCs w:val="24"/>
        </w:rPr>
      </w:pPr>
    </w:p>
    <w:p w14:paraId="5EABF44D" w14:textId="77777777" w:rsidR="00C24979" w:rsidRPr="00CD41C9" w:rsidRDefault="00C24979" w:rsidP="00C015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A7363CA" w14:textId="77777777" w:rsidR="006877DA" w:rsidRPr="00CD41C9" w:rsidRDefault="6FE804B0" w:rsidP="006877DA">
      <w:pPr>
        <w:pStyle w:val="Ttulo1"/>
        <w:spacing w:before="0" w:line="36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CD41C9">
        <w:rPr>
          <w:rFonts w:ascii="Arial" w:eastAsia="Times New Roman" w:hAnsi="Arial" w:cs="Arial"/>
          <w:color w:val="auto"/>
          <w:sz w:val="24"/>
          <w:szCs w:val="24"/>
        </w:rPr>
        <w:t xml:space="preserve">2. RESUMO </w:t>
      </w:r>
    </w:p>
    <w:p w14:paraId="76C38AD4" w14:textId="7B493F66" w:rsidR="005C773C" w:rsidRPr="00CD41C9" w:rsidRDefault="005C773C" w:rsidP="005C773C">
      <w:pPr>
        <w:rPr>
          <w:rFonts w:ascii="Arial" w:hAnsi="Arial" w:cs="Arial"/>
        </w:rPr>
      </w:pPr>
      <w:r w:rsidRPr="00CD41C9">
        <w:rPr>
          <w:rFonts w:ascii="Arial" w:hAnsi="Arial" w:cs="Arial"/>
        </w:rPr>
        <w:t>____________________________________________________________________________________________________________</w:t>
      </w:r>
      <w:r w:rsidR="00BE6281" w:rsidRPr="00CD41C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8B241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F9ECC7" w14:textId="7D2E29CB" w:rsidR="2F7EE816" w:rsidRPr="00CD41C9" w:rsidRDefault="2F7EE816" w:rsidP="006877DA">
      <w:pPr>
        <w:pStyle w:val="Ttulo1"/>
        <w:spacing w:before="0" w:line="360" w:lineRule="auto"/>
        <w:jc w:val="both"/>
        <w:rPr>
          <w:rFonts w:ascii="Arial" w:eastAsia="Times New Roman" w:hAnsi="Arial" w:cs="Arial"/>
          <w:i/>
          <w:iCs/>
          <w:color w:val="auto"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color w:val="auto"/>
          <w:sz w:val="20"/>
          <w:szCs w:val="20"/>
        </w:rPr>
        <w:t>Instrução de preenchimento</w:t>
      </w:r>
      <w:r w:rsidR="00BE6281" w:rsidRPr="00CD41C9">
        <w:rPr>
          <w:rFonts w:ascii="Arial" w:eastAsia="Times New Roman" w:hAnsi="Arial" w:cs="Arial"/>
          <w:i/>
          <w:iCs/>
          <w:color w:val="auto"/>
          <w:sz w:val="20"/>
          <w:szCs w:val="20"/>
        </w:rPr>
        <w:t>:</w:t>
      </w:r>
    </w:p>
    <w:p w14:paraId="5EEDD8DB" w14:textId="0B23A85E" w:rsidR="3DE4954D" w:rsidRPr="00CD41C9" w:rsidRDefault="3DE4954D" w:rsidP="006877DA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t>Descrever resumidamente o objeto apoiado pela Itaipu e sua finalidade.</w:t>
      </w:r>
    </w:p>
    <w:p w14:paraId="2DF841FC" w14:textId="2DBF9623" w:rsidR="3DE4954D" w:rsidRPr="00CD41C9" w:rsidRDefault="3DE4954D" w:rsidP="006877DA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b/>
          <w:bCs/>
          <w:i/>
          <w:iCs/>
          <w:sz w:val="20"/>
          <w:szCs w:val="20"/>
        </w:rPr>
        <w:t>Exemplo:</w:t>
      </w:r>
    </w:p>
    <w:p w14:paraId="2B8A2B4D" w14:textId="19E58F1C" w:rsidR="3DE4954D" w:rsidRPr="00CD41C9" w:rsidRDefault="3DE4954D" w:rsidP="006877DA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t>Aquisição de veículo utilitário destinado ao transporte dos beneficiários da entidade.</w:t>
      </w:r>
    </w:p>
    <w:p w14:paraId="451F792B" w14:textId="21654BE3" w:rsidR="3DE4954D" w:rsidRPr="00CD41C9" w:rsidRDefault="3DE4954D" w:rsidP="006877DA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b/>
          <w:bCs/>
          <w:i/>
          <w:iCs/>
          <w:sz w:val="20"/>
          <w:szCs w:val="20"/>
        </w:rPr>
        <w:t>ou</w:t>
      </w:r>
    </w:p>
    <w:p w14:paraId="11C626DA" w14:textId="173F150F" w:rsidR="3DE4954D" w:rsidRPr="00CD41C9" w:rsidRDefault="3DE4954D" w:rsidP="006877DA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t>Implantação de sistema fotovoltaico para redução dos custos operacionais da instituição.</w:t>
      </w:r>
    </w:p>
    <w:p w14:paraId="044EB40D" w14:textId="323CDE63" w:rsidR="3DE4954D" w:rsidRPr="00CD41C9" w:rsidRDefault="3DE4954D" w:rsidP="006877DA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b/>
          <w:bCs/>
          <w:i/>
          <w:iCs/>
          <w:sz w:val="20"/>
          <w:szCs w:val="20"/>
        </w:rPr>
        <w:t>ou</w:t>
      </w:r>
    </w:p>
    <w:p w14:paraId="126EAA83" w14:textId="6EA2E05E" w:rsidR="3DE4954D" w:rsidRPr="00CD41C9" w:rsidRDefault="3DE4954D" w:rsidP="006877DA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t>Reforma do espaço de atendimento da entidade para ampliação da capacidade de atendimento.</w:t>
      </w:r>
    </w:p>
    <w:p w14:paraId="23443475" w14:textId="6914FD14" w:rsidR="279948E1" w:rsidRPr="00CD41C9" w:rsidRDefault="279948E1" w:rsidP="006877DA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0CA4957B" w14:textId="34CBB46F" w:rsidR="279948E1" w:rsidRPr="00CD41C9" w:rsidRDefault="279948E1" w:rsidP="006877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AC204CA" w14:textId="77777777" w:rsidR="0090481D" w:rsidRPr="00CD41C9" w:rsidRDefault="00000000" w:rsidP="00C01541">
      <w:pPr>
        <w:pStyle w:val="Ttulo1"/>
        <w:spacing w:before="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CD41C9">
        <w:rPr>
          <w:rFonts w:ascii="Arial" w:hAnsi="Arial" w:cs="Arial"/>
          <w:color w:val="auto"/>
          <w:sz w:val="24"/>
          <w:szCs w:val="24"/>
        </w:rPr>
        <w:t>3. RESUMO DA EXECUÇÃO FINANCEIRA</w:t>
      </w:r>
    </w:p>
    <w:p w14:paraId="3A7D8E36" w14:textId="7C142D5E" w:rsidR="005C5AED" w:rsidRPr="00CD41C9" w:rsidRDefault="00334DD0" w:rsidP="00C015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41C9">
        <w:rPr>
          <w:rFonts w:ascii="Arial" w:hAnsi="Arial" w:cs="Arial"/>
          <w:b/>
          <w:bCs/>
          <w:sz w:val="24"/>
          <w:szCs w:val="24"/>
        </w:rPr>
        <w:t>3.1</w:t>
      </w:r>
      <w:r w:rsidR="00507BF3" w:rsidRPr="00CD41C9">
        <w:rPr>
          <w:rFonts w:ascii="Arial" w:hAnsi="Arial" w:cs="Arial"/>
          <w:b/>
          <w:bCs/>
          <w:sz w:val="24"/>
          <w:szCs w:val="24"/>
        </w:rPr>
        <w:t xml:space="preserve"> </w:t>
      </w:r>
      <w:r w:rsidR="005C5AED" w:rsidRPr="00CD41C9">
        <w:rPr>
          <w:rFonts w:ascii="Arial" w:hAnsi="Arial" w:cs="Arial"/>
          <w:b/>
          <w:bCs/>
          <w:sz w:val="24"/>
          <w:szCs w:val="24"/>
        </w:rPr>
        <w:t>Valores Aprovados</w:t>
      </w:r>
    </w:p>
    <w:tbl>
      <w:tblPr>
        <w:tblStyle w:val="Tabelacomgrade"/>
        <w:tblW w:w="10065" w:type="dxa"/>
        <w:tblInd w:w="108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197E5A" w:rsidRPr="00CD41C9" w14:paraId="0FCF4B2A" w14:textId="77777777" w:rsidTr="008B2415">
        <w:trPr>
          <w:trHeight w:val="435"/>
        </w:trPr>
        <w:tc>
          <w:tcPr>
            <w:tcW w:w="4820" w:type="dxa"/>
            <w:vAlign w:val="center"/>
          </w:tcPr>
          <w:p w14:paraId="33D927F9" w14:textId="3DC8DD00" w:rsidR="00197E5A" w:rsidRPr="00CD41C9" w:rsidRDefault="00197E5A" w:rsidP="00197E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5245" w:type="dxa"/>
          </w:tcPr>
          <w:p w14:paraId="2CDF5BBE" w14:textId="2BBFEFE0" w:rsidR="00197E5A" w:rsidRPr="00CD41C9" w:rsidRDefault="00197E5A" w:rsidP="00197E5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Valor (R$)</w:t>
            </w:r>
          </w:p>
        </w:tc>
      </w:tr>
      <w:tr w:rsidR="00197E5A" w:rsidRPr="00CD41C9" w14:paraId="4782DF7A" w14:textId="77777777" w:rsidTr="008B2415">
        <w:trPr>
          <w:trHeight w:val="435"/>
        </w:trPr>
        <w:tc>
          <w:tcPr>
            <w:tcW w:w="4820" w:type="dxa"/>
            <w:vAlign w:val="center"/>
          </w:tcPr>
          <w:p w14:paraId="1E833425" w14:textId="57A1F5C3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sz w:val="24"/>
                <w:szCs w:val="24"/>
              </w:rPr>
              <w:t>Valor total aprovado para o projeto</w:t>
            </w:r>
            <w:r w:rsidR="00FA49C8" w:rsidRPr="00CD41C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2A743786" w14:textId="77777777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D075C74" w14:textId="77777777" w:rsidR="00197E5A" w:rsidRPr="00CD41C9" w:rsidRDefault="00197E5A" w:rsidP="00C015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917E2A8" w14:textId="1420A788" w:rsidR="00197E5A" w:rsidRPr="00CD41C9" w:rsidRDefault="00507BF3" w:rsidP="00C015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41C9">
        <w:rPr>
          <w:rFonts w:ascii="Arial" w:hAnsi="Arial" w:cs="Arial"/>
          <w:b/>
          <w:bCs/>
          <w:sz w:val="24"/>
          <w:szCs w:val="24"/>
        </w:rPr>
        <w:t xml:space="preserve">3.2 </w:t>
      </w:r>
      <w:r w:rsidR="0072755A" w:rsidRPr="00CD41C9">
        <w:rPr>
          <w:rFonts w:ascii="Arial" w:hAnsi="Arial" w:cs="Arial"/>
          <w:b/>
          <w:bCs/>
          <w:sz w:val="24"/>
          <w:szCs w:val="24"/>
        </w:rPr>
        <w:t>Valores Executados</w:t>
      </w:r>
    </w:p>
    <w:tbl>
      <w:tblPr>
        <w:tblStyle w:val="Tabelacomgrade"/>
        <w:tblW w:w="10065" w:type="dxa"/>
        <w:tblInd w:w="108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197E5A" w:rsidRPr="00CD41C9" w14:paraId="1C0A8F8B" w14:textId="77777777" w:rsidTr="008B2415">
        <w:trPr>
          <w:trHeight w:val="402"/>
        </w:trPr>
        <w:tc>
          <w:tcPr>
            <w:tcW w:w="4820" w:type="dxa"/>
            <w:vAlign w:val="center"/>
          </w:tcPr>
          <w:p w14:paraId="2BB07C07" w14:textId="77777777" w:rsidR="00197E5A" w:rsidRPr="00CD41C9" w:rsidRDefault="00197E5A" w:rsidP="00FB70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5245" w:type="dxa"/>
          </w:tcPr>
          <w:p w14:paraId="2C92EFE9" w14:textId="77777777" w:rsidR="00197E5A" w:rsidRPr="00CD41C9" w:rsidRDefault="00197E5A" w:rsidP="00FB70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Valor (R$)</w:t>
            </w:r>
          </w:p>
        </w:tc>
      </w:tr>
      <w:tr w:rsidR="00197E5A" w:rsidRPr="00CD41C9" w14:paraId="7655DB87" w14:textId="77777777" w:rsidTr="008B2415">
        <w:trPr>
          <w:trHeight w:val="402"/>
        </w:trPr>
        <w:tc>
          <w:tcPr>
            <w:tcW w:w="4820" w:type="dxa"/>
            <w:vAlign w:val="center"/>
          </w:tcPr>
          <w:p w14:paraId="5C318F6D" w14:textId="1E665FA9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sz w:val="24"/>
                <w:szCs w:val="24"/>
              </w:rPr>
              <w:t>Valor total executado</w:t>
            </w:r>
          </w:p>
        </w:tc>
        <w:tc>
          <w:tcPr>
            <w:tcW w:w="5245" w:type="dxa"/>
          </w:tcPr>
          <w:p w14:paraId="745830D2" w14:textId="77777777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E5A" w:rsidRPr="00CD41C9" w14:paraId="6D54B6A2" w14:textId="77777777" w:rsidTr="008B2415">
        <w:trPr>
          <w:trHeight w:val="402"/>
        </w:trPr>
        <w:tc>
          <w:tcPr>
            <w:tcW w:w="4820" w:type="dxa"/>
            <w:vAlign w:val="center"/>
          </w:tcPr>
          <w:p w14:paraId="56D3B1F8" w14:textId="6FDEE7C2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sz w:val="24"/>
                <w:szCs w:val="24"/>
              </w:rPr>
              <w:t>Recursos do repasse Itaipu executados</w:t>
            </w:r>
          </w:p>
        </w:tc>
        <w:tc>
          <w:tcPr>
            <w:tcW w:w="5245" w:type="dxa"/>
          </w:tcPr>
          <w:p w14:paraId="125F4E8A" w14:textId="77777777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E5A" w:rsidRPr="00CD41C9" w14:paraId="22FD7EE2" w14:textId="77777777" w:rsidTr="008B2415">
        <w:trPr>
          <w:trHeight w:val="390"/>
        </w:trPr>
        <w:tc>
          <w:tcPr>
            <w:tcW w:w="4820" w:type="dxa"/>
            <w:vAlign w:val="center"/>
          </w:tcPr>
          <w:p w14:paraId="65EF4F06" w14:textId="62D7A213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sz w:val="24"/>
                <w:szCs w:val="24"/>
              </w:rPr>
              <w:t xml:space="preserve">Contrapartida </w:t>
            </w:r>
            <w:r w:rsidR="00FA49C8" w:rsidRPr="00CD41C9">
              <w:rPr>
                <w:rFonts w:ascii="Arial" w:hAnsi="Arial" w:cs="Arial"/>
                <w:sz w:val="24"/>
                <w:szCs w:val="24"/>
              </w:rPr>
              <w:t>da Entidade executada</w:t>
            </w:r>
          </w:p>
        </w:tc>
        <w:tc>
          <w:tcPr>
            <w:tcW w:w="5245" w:type="dxa"/>
          </w:tcPr>
          <w:p w14:paraId="28B781DB" w14:textId="77777777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DE06D3E" w14:textId="77777777" w:rsidR="00164CC7" w:rsidRPr="00CD41C9" w:rsidRDefault="00164CC7" w:rsidP="00C015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B4FC8FD" w14:textId="7F91B6D9" w:rsidR="00197E5A" w:rsidRPr="00CD41C9" w:rsidRDefault="00197E5A" w:rsidP="00C015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41C9">
        <w:rPr>
          <w:rFonts w:ascii="Arial" w:hAnsi="Arial" w:cs="Arial"/>
          <w:b/>
          <w:bCs/>
          <w:sz w:val="24"/>
          <w:szCs w:val="24"/>
        </w:rPr>
        <w:t xml:space="preserve">3.3 </w:t>
      </w:r>
      <w:r w:rsidR="0072755A" w:rsidRPr="00CD41C9">
        <w:rPr>
          <w:rFonts w:ascii="Arial" w:hAnsi="Arial" w:cs="Arial"/>
          <w:b/>
          <w:bCs/>
          <w:sz w:val="24"/>
          <w:szCs w:val="24"/>
        </w:rPr>
        <w:t>Saldos</w:t>
      </w:r>
    </w:p>
    <w:tbl>
      <w:tblPr>
        <w:tblStyle w:val="Tabelacomgrade"/>
        <w:tblW w:w="10065" w:type="dxa"/>
        <w:tblInd w:w="108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197E5A" w:rsidRPr="00CD41C9" w14:paraId="3D1D546C" w14:textId="77777777" w:rsidTr="008B2415">
        <w:trPr>
          <w:trHeight w:val="420"/>
        </w:trPr>
        <w:tc>
          <w:tcPr>
            <w:tcW w:w="4820" w:type="dxa"/>
            <w:vAlign w:val="center"/>
          </w:tcPr>
          <w:p w14:paraId="202FC606" w14:textId="77777777" w:rsidR="00197E5A" w:rsidRPr="00CD41C9" w:rsidRDefault="00197E5A" w:rsidP="00FB70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5245" w:type="dxa"/>
          </w:tcPr>
          <w:p w14:paraId="63CCA686" w14:textId="77777777" w:rsidR="00197E5A" w:rsidRPr="00CD41C9" w:rsidRDefault="00197E5A" w:rsidP="00FB70E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Valor (R$)</w:t>
            </w:r>
          </w:p>
        </w:tc>
      </w:tr>
      <w:tr w:rsidR="00197E5A" w:rsidRPr="00CD41C9" w14:paraId="18BE42E2" w14:textId="77777777" w:rsidTr="008B2415">
        <w:trPr>
          <w:trHeight w:val="420"/>
        </w:trPr>
        <w:tc>
          <w:tcPr>
            <w:tcW w:w="4820" w:type="dxa"/>
            <w:vAlign w:val="center"/>
          </w:tcPr>
          <w:p w14:paraId="293C82BC" w14:textId="7FA8CBCA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sz w:val="24"/>
                <w:szCs w:val="24"/>
              </w:rPr>
              <w:t>Saldo de recursos não utilizados</w:t>
            </w:r>
          </w:p>
        </w:tc>
        <w:tc>
          <w:tcPr>
            <w:tcW w:w="5245" w:type="dxa"/>
          </w:tcPr>
          <w:p w14:paraId="1170356D" w14:textId="77777777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E5A" w:rsidRPr="00CD41C9" w14:paraId="30CE7282" w14:textId="77777777" w:rsidTr="008B2415">
        <w:trPr>
          <w:trHeight w:val="420"/>
        </w:trPr>
        <w:tc>
          <w:tcPr>
            <w:tcW w:w="4820" w:type="dxa"/>
            <w:vAlign w:val="center"/>
          </w:tcPr>
          <w:p w14:paraId="561898FD" w14:textId="34436308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sz w:val="24"/>
                <w:szCs w:val="24"/>
              </w:rPr>
              <w:t>Rendimentos financeiros devolvidos</w:t>
            </w:r>
          </w:p>
        </w:tc>
        <w:tc>
          <w:tcPr>
            <w:tcW w:w="5245" w:type="dxa"/>
          </w:tcPr>
          <w:p w14:paraId="08B2074B" w14:textId="77777777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7E5A" w:rsidRPr="00CD41C9" w14:paraId="2AAEA56D" w14:textId="77777777" w:rsidTr="008B2415">
        <w:trPr>
          <w:trHeight w:val="408"/>
        </w:trPr>
        <w:tc>
          <w:tcPr>
            <w:tcW w:w="4820" w:type="dxa"/>
            <w:vAlign w:val="center"/>
          </w:tcPr>
          <w:p w14:paraId="7B0BA9C8" w14:textId="28C9C20E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sz w:val="24"/>
                <w:szCs w:val="24"/>
              </w:rPr>
              <w:t>Valor total devolvido</w:t>
            </w:r>
          </w:p>
        </w:tc>
        <w:tc>
          <w:tcPr>
            <w:tcW w:w="5245" w:type="dxa"/>
          </w:tcPr>
          <w:p w14:paraId="097D6594" w14:textId="77777777" w:rsidR="00197E5A" w:rsidRPr="00CD41C9" w:rsidRDefault="00197E5A" w:rsidP="00197E5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6959A80" w14:textId="77777777" w:rsidR="00197E5A" w:rsidRPr="00CD41C9" w:rsidRDefault="00197E5A" w:rsidP="00C0154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D606EBD" w14:textId="77777777" w:rsidR="0081031B" w:rsidRPr="00CD41C9" w:rsidRDefault="0081031B" w:rsidP="008103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8530FAB" w14:textId="77777777" w:rsidR="008B2415" w:rsidRDefault="008B2415">
      <w:pPr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BD711A" w14:textId="1F99BF78" w:rsidR="0081031B" w:rsidRPr="00CD41C9" w:rsidRDefault="2303BBFF" w:rsidP="000741DE">
      <w:pPr>
        <w:pStyle w:val="Ttulo1"/>
        <w:spacing w:before="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CD41C9">
        <w:rPr>
          <w:rFonts w:ascii="Arial" w:hAnsi="Arial" w:cs="Arial"/>
          <w:color w:val="auto"/>
          <w:sz w:val="24"/>
          <w:szCs w:val="24"/>
        </w:rPr>
        <w:lastRenderedPageBreak/>
        <w:t xml:space="preserve">4. AQUISIÇÕES REALIZADAS </w:t>
      </w:r>
    </w:p>
    <w:p w14:paraId="20FC389B" w14:textId="08AE1970" w:rsidR="47F5B990" w:rsidRPr="00CD41C9" w:rsidRDefault="47F5B990" w:rsidP="000741DE">
      <w:pPr>
        <w:pStyle w:val="Ttulo3"/>
        <w:spacing w:before="0" w:line="360" w:lineRule="auto"/>
        <w:rPr>
          <w:rFonts w:ascii="Arial" w:hAnsi="Arial" w:cs="Arial"/>
          <w:i/>
          <w:iCs/>
          <w:color w:val="auto"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color w:val="auto"/>
          <w:sz w:val="20"/>
          <w:szCs w:val="20"/>
        </w:rPr>
        <w:t>Instruções de preenchimento</w:t>
      </w:r>
      <w:r w:rsidR="000741DE" w:rsidRPr="00CD41C9">
        <w:rPr>
          <w:rFonts w:ascii="Arial" w:eastAsia="Segoe UI" w:hAnsi="Arial" w:cs="Arial"/>
          <w:i/>
          <w:iCs/>
          <w:color w:val="auto"/>
          <w:sz w:val="20"/>
          <w:szCs w:val="20"/>
        </w:rPr>
        <w:t>:</w:t>
      </w:r>
    </w:p>
    <w:p w14:paraId="5C5B42EF" w14:textId="501ECAC3" w:rsidR="009320A9" w:rsidRPr="00CD41C9" w:rsidRDefault="47F5B990" w:rsidP="000741DE">
      <w:p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Relacionar todos os bens adquiridos, obras, reformas, ampliações ou serviços efetivamente executados com recursos do projeto.</w:t>
      </w:r>
    </w:p>
    <w:tbl>
      <w:tblPr>
        <w:tblW w:w="0" w:type="auto"/>
        <w:tblInd w:w="108" w:type="dxa"/>
        <w:tblLook w:val="06A0" w:firstRow="1" w:lastRow="0" w:firstColumn="1" w:lastColumn="0" w:noHBand="1" w:noVBand="1"/>
      </w:tblPr>
      <w:tblGrid>
        <w:gridCol w:w="3969"/>
        <w:gridCol w:w="1163"/>
        <w:gridCol w:w="1560"/>
        <w:gridCol w:w="1701"/>
        <w:gridCol w:w="1701"/>
      </w:tblGrid>
      <w:tr w:rsidR="00DF338C" w:rsidRPr="00CD41C9" w14:paraId="5B39F9C1" w14:textId="29091343" w:rsidTr="008B2415">
        <w:trPr>
          <w:trHeight w:val="300"/>
        </w:trPr>
        <w:tc>
          <w:tcPr>
            <w:tcW w:w="396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</w:tcPr>
          <w:p w14:paraId="45DB4E24" w14:textId="15B2FC26" w:rsidR="00DF338C" w:rsidRPr="00CD41C9" w:rsidRDefault="00DF338C" w:rsidP="00DF338C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Item Previsto no Plano de Trabalho</w:t>
            </w:r>
          </w:p>
        </w:tc>
        <w:tc>
          <w:tcPr>
            <w:tcW w:w="11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09519406" w14:textId="5DAB8513" w:rsidR="00DF338C" w:rsidRPr="00CD41C9" w:rsidRDefault="00DF338C" w:rsidP="00DF338C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9A84E99" w14:textId="312A47E3" w:rsidR="00DF338C" w:rsidRPr="00CD41C9" w:rsidRDefault="00DF338C" w:rsidP="00DF338C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Quantidade Prevista</w:t>
            </w: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68DC01B2" w14:textId="3984C8F3" w:rsidR="00DF338C" w:rsidRPr="00CD41C9" w:rsidRDefault="00DF338C" w:rsidP="00DF338C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Quantidade Executada</w:t>
            </w: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5C34B393" w14:textId="361DDCC2" w:rsidR="00DF338C" w:rsidRPr="00CD41C9" w:rsidRDefault="00DF338C" w:rsidP="00DF338C">
            <w:pPr>
              <w:spacing w:after="0" w:line="30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Situação</w:t>
            </w:r>
          </w:p>
        </w:tc>
      </w:tr>
      <w:tr w:rsidR="00DF338C" w:rsidRPr="00CD41C9" w14:paraId="3657EEA5" w14:textId="71F473C6" w:rsidTr="008B2415">
        <w:trPr>
          <w:trHeight w:val="300"/>
        </w:trPr>
        <w:tc>
          <w:tcPr>
            <w:tcW w:w="396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A2F5720" w14:textId="16501CFD" w:rsidR="00DF338C" w:rsidRPr="00CD41C9" w:rsidRDefault="00DF338C" w:rsidP="00DD1C74">
            <w:pPr>
              <w:spacing w:after="0" w:line="30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52E43AF" w14:textId="68C630EF" w:rsidR="00DF338C" w:rsidRPr="00CD41C9" w:rsidRDefault="00DF338C" w:rsidP="00DD1C7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AE78158" w14:textId="464BE613" w:rsidR="00DF338C" w:rsidRPr="00CD41C9" w:rsidRDefault="00DF338C" w:rsidP="00DD1C74">
            <w:pPr>
              <w:spacing w:after="0" w:line="30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E59CE9B" w14:textId="02EC8235" w:rsidR="00DF338C" w:rsidRPr="00CD41C9" w:rsidRDefault="00DF338C" w:rsidP="00DD1C74">
            <w:pPr>
              <w:spacing w:after="0" w:line="30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4A0A6FC3" w14:textId="0FC5D0F7" w:rsidR="00DF338C" w:rsidRPr="00CD41C9" w:rsidRDefault="00DF338C" w:rsidP="00DD1C74">
            <w:pPr>
              <w:spacing w:after="0" w:line="30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4700"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  <w:t>Concluído / Parcial</w:t>
            </w:r>
          </w:p>
        </w:tc>
      </w:tr>
      <w:tr w:rsidR="00DF338C" w:rsidRPr="00CD41C9" w14:paraId="007F5093" w14:textId="07A75878" w:rsidTr="008B2415">
        <w:trPr>
          <w:trHeight w:val="300"/>
        </w:trPr>
        <w:tc>
          <w:tcPr>
            <w:tcW w:w="396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66AFDB7" w14:textId="77777777" w:rsidR="00DF338C" w:rsidRPr="00CD41C9" w:rsidRDefault="00DF338C" w:rsidP="00DD1C74">
            <w:pPr>
              <w:spacing w:after="0" w:line="30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1944427" w14:textId="77777777" w:rsidR="00DF338C" w:rsidRPr="00CD41C9" w:rsidRDefault="00DF338C" w:rsidP="00DD1C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0074A83" w14:textId="77777777" w:rsidR="00DF338C" w:rsidRPr="00CD41C9" w:rsidRDefault="00DF338C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2C23BDC" w14:textId="77777777" w:rsidR="00DF338C" w:rsidRPr="00CD41C9" w:rsidRDefault="00DF338C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39F99E4E" w14:textId="77777777" w:rsidR="00DF338C" w:rsidRPr="00CD41C9" w:rsidRDefault="00DF338C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38C" w:rsidRPr="00CD41C9" w14:paraId="19C5C10C" w14:textId="0C88E73B" w:rsidTr="008B2415">
        <w:trPr>
          <w:trHeight w:val="300"/>
        </w:trPr>
        <w:tc>
          <w:tcPr>
            <w:tcW w:w="396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F42CF3A" w14:textId="77777777" w:rsidR="00DF338C" w:rsidRPr="00CD41C9" w:rsidRDefault="00DF338C" w:rsidP="00DD1C74">
            <w:pPr>
              <w:spacing w:after="0" w:line="30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114A3E9" w14:textId="77777777" w:rsidR="00DF338C" w:rsidRPr="00CD41C9" w:rsidRDefault="00DF338C" w:rsidP="00DD1C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FE0FDB1" w14:textId="77777777" w:rsidR="00DF338C" w:rsidRPr="00CD41C9" w:rsidRDefault="00DF338C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7161E7" w14:textId="77777777" w:rsidR="00DF338C" w:rsidRPr="00CD41C9" w:rsidRDefault="00DF338C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7B1B8438" w14:textId="77777777" w:rsidR="00DF338C" w:rsidRPr="00CD41C9" w:rsidRDefault="00DF338C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2294" w:rsidRPr="00CD41C9" w14:paraId="5228BBD8" w14:textId="77777777" w:rsidTr="008B2415">
        <w:trPr>
          <w:trHeight w:val="300"/>
        </w:trPr>
        <w:tc>
          <w:tcPr>
            <w:tcW w:w="396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533865A" w14:textId="77777777" w:rsidR="002E2294" w:rsidRPr="00CD41C9" w:rsidRDefault="002E2294" w:rsidP="00DD1C74">
            <w:pPr>
              <w:spacing w:after="0" w:line="30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4B6025D" w14:textId="77777777" w:rsidR="002E2294" w:rsidRPr="00CD41C9" w:rsidRDefault="002E2294" w:rsidP="00DD1C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5857131" w14:textId="77777777" w:rsidR="002E2294" w:rsidRPr="00CD41C9" w:rsidRDefault="002E2294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B54429D" w14:textId="77777777" w:rsidR="002E2294" w:rsidRPr="00CD41C9" w:rsidRDefault="002E2294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5A8C4465" w14:textId="77777777" w:rsidR="002E2294" w:rsidRPr="00CD41C9" w:rsidRDefault="002E2294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2294" w:rsidRPr="00CD41C9" w14:paraId="71201CD9" w14:textId="77777777" w:rsidTr="008B2415">
        <w:trPr>
          <w:trHeight w:val="300"/>
        </w:trPr>
        <w:tc>
          <w:tcPr>
            <w:tcW w:w="396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FBB2F8C" w14:textId="77777777" w:rsidR="002E2294" w:rsidRPr="00CD41C9" w:rsidRDefault="002E2294" w:rsidP="00DD1C74">
            <w:pPr>
              <w:spacing w:after="0" w:line="30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B1C0525" w14:textId="77777777" w:rsidR="002E2294" w:rsidRPr="00CD41C9" w:rsidRDefault="002E2294" w:rsidP="00DD1C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CFE3CE1" w14:textId="77777777" w:rsidR="002E2294" w:rsidRPr="00CD41C9" w:rsidRDefault="002E2294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0722E73" w14:textId="77777777" w:rsidR="002E2294" w:rsidRPr="00CD41C9" w:rsidRDefault="002E2294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688FB9FF" w14:textId="77777777" w:rsidR="002E2294" w:rsidRDefault="002E2294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6CB9CA" w14:textId="77777777" w:rsidR="001854BD" w:rsidRPr="00CD41C9" w:rsidRDefault="001854BD" w:rsidP="001854BD">
            <w:pPr>
              <w:spacing w:after="0" w:line="30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54BD" w:rsidRPr="00CD41C9" w14:paraId="10C177CB" w14:textId="77777777" w:rsidTr="008B2415">
        <w:trPr>
          <w:trHeight w:val="300"/>
        </w:trPr>
        <w:tc>
          <w:tcPr>
            <w:tcW w:w="396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D5F167E" w14:textId="77777777" w:rsidR="001854BD" w:rsidRPr="00CD41C9" w:rsidRDefault="001854BD" w:rsidP="00DD1C74">
            <w:pPr>
              <w:spacing w:after="0" w:line="30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3EEA7EF" w14:textId="77777777" w:rsidR="001854BD" w:rsidRPr="00CD41C9" w:rsidRDefault="001854BD" w:rsidP="00DD1C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5AD2C3A" w14:textId="77777777" w:rsidR="001854BD" w:rsidRPr="00CD41C9" w:rsidRDefault="001854BD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F8693F3" w14:textId="77777777" w:rsidR="001854BD" w:rsidRPr="00CD41C9" w:rsidRDefault="001854BD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</w:tcPr>
          <w:p w14:paraId="08E693D1" w14:textId="77777777" w:rsidR="001854BD" w:rsidRDefault="001854BD" w:rsidP="00DD1C74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8F8452" w14:textId="5F5FA4A2" w:rsidR="0081031B" w:rsidRPr="00CD41C9" w:rsidRDefault="605CD555" w:rsidP="279948E1">
      <w:pPr>
        <w:pStyle w:val="Ttulo3"/>
        <w:spacing w:before="246" w:after="246" w:line="300" w:lineRule="auto"/>
        <w:jc w:val="both"/>
        <w:rPr>
          <w:rFonts w:ascii="Arial" w:eastAsia="Segoe UI" w:hAnsi="Arial" w:cs="Arial"/>
          <w:color w:val="auto"/>
          <w:sz w:val="24"/>
          <w:szCs w:val="24"/>
        </w:rPr>
      </w:pPr>
      <w:r w:rsidRPr="00CD41C9">
        <w:rPr>
          <w:rFonts w:ascii="Arial" w:eastAsia="Segoe UI" w:hAnsi="Arial" w:cs="Arial"/>
          <w:color w:val="auto"/>
          <w:sz w:val="24"/>
          <w:szCs w:val="24"/>
        </w:rPr>
        <w:t>Observações sobre a execução</w:t>
      </w:r>
      <w:r w:rsidR="00B77B3E">
        <w:rPr>
          <w:rFonts w:ascii="Arial" w:eastAsia="Segoe UI" w:hAnsi="Arial" w:cs="Arial"/>
          <w:color w:val="auto"/>
          <w:sz w:val="24"/>
          <w:szCs w:val="24"/>
        </w:rPr>
        <w:t xml:space="preserve"> ___________________________________</w:t>
      </w:r>
      <w:r w:rsidR="00776FFE">
        <w:rPr>
          <w:rFonts w:ascii="Arial" w:eastAsia="Segoe UI" w:hAnsi="Arial" w:cs="Arial"/>
          <w:color w:val="auto"/>
          <w:sz w:val="24"/>
          <w:szCs w:val="24"/>
        </w:rPr>
        <w:t>_________</w:t>
      </w:r>
      <w:r w:rsidR="00B77B3E">
        <w:rPr>
          <w:rFonts w:ascii="Arial" w:eastAsia="Segoe UI" w:hAnsi="Arial" w:cs="Arial"/>
          <w:color w:val="auto"/>
          <w:sz w:val="24"/>
          <w:szCs w:val="24"/>
        </w:rPr>
        <w:t xml:space="preserve">___ </w:t>
      </w:r>
      <w:r w:rsidR="000C45FC" w:rsidRPr="00CD41C9">
        <w:rPr>
          <w:rFonts w:ascii="Arial" w:eastAsia="Segoe UI" w:hAnsi="Arial" w:cs="Arial"/>
          <w:color w:val="auto"/>
          <w:sz w:val="24"/>
          <w:szCs w:val="24"/>
        </w:rPr>
        <w:t>________________________________________________</w:t>
      </w:r>
      <w:r w:rsidR="00AD39D4" w:rsidRPr="00CD41C9">
        <w:rPr>
          <w:rFonts w:ascii="Arial" w:eastAsia="Segoe UI" w:hAnsi="Arial" w:cs="Arial"/>
          <w:color w:val="auto"/>
          <w:sz w:val="24"/>
          <w:szCs w:val="24"/>
        </w:rPr>
        <w:t>________________________________________________________________________________________________________________________________________</w:t>
      </w:r>
    </w:p>
    <w:p w14:paraId="2AFFC726" w14:textId="267FD03F" w:rsidR="00F64A0A" w:rsidRDefault="00F64A0A" w:rsidP="00F64A0A">
      <w:pPr>
        <w:spacing w:line="259" w:lineRule="auto"/>
        <w:jc w:val="both"/>
        <w:rPr>
          <w:rFonts w:ascii="Arial" w:hAnsi="Arial" w:cs="Arial"/>
        </w:rPr>
      </w:pPr>
      <w:r w:rsidRPr="00CD41C9">
        <w:rPr>
          <w:rFonts w:ascii="Arial" w:hAnsi="Arial" w:cs="Arial"/>
        </w:rPr>
        <w:t>Declara-se que os recursos financeiros, referente ao Instrumento de Repasse acima citado, foram utilizados na execução das atividades previstas, atendendo aos normativos e especificações técnicas do processo de seleção 01/2024 do Programa Itaipu Mais Que Energia - Fortalecimento das organizações sociais.</w:t>
      </w:r>
    </w:p>
    <w:p w14:paraId="387397E2" w14:textId="77777777" w:rsidR="00AB6CCB" w:rsidRPr="00C40253" w:rsidRDefault="00AB6CCB" w:rsidP="00AB6CCB">
      <w:pPr>
        <w:jc w:val="both"/>
        <w:rPr>
          <w:rFonts w:ascii="Arial" w:hAnsi="Arial"/>
        </w:rPr>
      </w:pPr>
      <w:r w:rsidRPr="00C40253">
        <w:rPr>
          <w:rFonts w:ascii="Arial" w:hAnsi="Arial"/>
        </w:rPr>
        <w:t>Os documentos técnicos e fiscais foram registrados no sistema Bússola Social, conforme estruturação e fluxo definidos por ITAIPU.</w:t>
      </w:r>
    </w:p>
    <w:p w14:paraId="3C135995" w14:textId="77777777" w:rsidR="0081031B" w:rsidRPr="00CD41C9" w:rsidRDefault="0081031B" w:rsidP="00C015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88BA66" w14:textId="729271F5" w:rsidR="00362991" w:rsidRPr="00CD41C9" w:rsidRDefault="2303BBFF" w:rsidP="00030E48">
      <w:pPr>
        <w:pStyle w:val="Ttulo1"/>
        <w:spacing w:before="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CD41C9">
        <w:rPr>
          <w:rFonts w:ascii="Arial" w:hAnsi="Arial" w:cs="Arial"/>
          <w:color w:val="auto"/>
          <w:sz w:val="24"/>
          <w:szCs w:val="24"/>
        </w:rPr>
        <w:t xml:space="preserve">5. </w:t>
      </w:r>
      <w:r w:rsidR="1B1BADD8" w:rsidRPr="00CD41C9">
        <w:rPr>
          <w:rFonts w:ascii="Arial" w:hAnsi="Arial" w:cs="Arial"/>
          <w:color w:val="auto"/>
          <w:sz w:val="24"/>
          <w:szCs w:val="24"/>
        </w:rPr>
        <w:t>BENEFÍCIOS GERADOS</w:t>
      </w:r>
      <w:r w:rsidR="24381487" w:rsidRPr="00CD41C9">
        <w:rPr>
          <w:rFonts w:ascii="Arial" w:hAnsi="Arial" w:cs="Arial"/>
          <w:color w:val="auto"/>
          <w:sz w:val="24"/>
          <w:szCs w:val="24"/>
        </w:rPr>
        <w:t xml:space="preserve"> PELO PROJETO</w:t>
      </w:r>
    </w:p>
    <w:p w14:paraId="0D5CE3C3" w14:textId="1392985B" w:rsidR="00E51243" w:rsidRPr="00CD41C9" w:rsidRDefault="00E51243" w:rsidP="00E51243">
      <w:pPr>
        <w:rPr>
          <w:rFonts w:ascii="Arial" w:hAnsi="Arial" w:cs="Arial"/>
        </w:rPr>
      </w:pPr>
      <w:r w:rsidRPr="00CD41C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DCF751" w14:textId="77777777" w:rsidR="001854BD" w:rsidRDefault="001854BD" w:rsidP="00030E48">
      <w:pPr>
        <w:spacing w:after="0" w:line="360" w:lineRule="auto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</w:p>
    <w:p w14:paraId="0E23A6B1" w14:textId="662CC05F" w:rsidR="24381487" w:rsidRPr="00CD41C9" w:rsidRDefault="24381487" w:rsidP="00030E48">
      <w:pPr>
        <w:spacing w:after="0" w:line="360" w:lineRule="auto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b/>
          <w:bCs/>
          <w:i/>
          <w:iCs/>
          <w:sz w:val="20"/>
          <w:szCs w:val="20"/>
        </w:rPr>
        <w:t>Instrução de preenchimento</w:t>
      </w:r>
    </w:p>
    <w:p w14:paraId="46D07916" w14:textId="51C51B4D" w:rsidR="24381487" w:rsidRPr="00CD41C9" w:rsidRDefault="24381487" w:rsidP="00030E48">
      <w:p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t>Descrever os benefícios efetivamente proporcionados à entidade e ao público atendido em decorrência da execução do objeto.</w:t>
      </w:r>
    </w:p>
    <w:p w14:paraId="4E32FA95" w14:textId="078000E3" w:rsidR="24381487" w:rsidRPr="00CD41C9" w:rsidRDefault="24381487" w:rsidP="00030E48">
      <w:p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lastRenderedPageBreak/>
        <w:t>Exemplos:</w:t>
      </w:r>
    </w:p>
    <w:p w14:paraId="05465F3B" w14:textId="2B49729C" w:rsidR="24381487" w:rsidRPr="00CD41C9" w:rsidRDefault="24381487" w:rsidP="00E51243">
      <w:pPr>
        <w:pStyle w:val="PargrafodaLista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t>aumento da capacidade de atendimento;</w:t>
      </w:r>
    </w:p>
    <w:p w14:paraId="680407E7" w14:textId="3463258F" w:rsidR="24381487" w:rsidRPr="00CD41C9" w:rsidRDefault="24381487" w:rsidP="00E51243">
      <w:pPr>
        <w:pStyle w:val="PargrafodaLista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t>melhoria das condições de trabalho;</w:t>
      </w:r>
    </w:p>
    <w:p w14:paraId="5981C6F9" w14:textId="4DD0350D" w:rsidR="24381487" w:rsidRPr="00CD41C9" w:rsidRDefault="24381487" w:rsidP="00E51243">
      <w:pPr>
        <w:pStyle w:val="PargrafodaLista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t>melhoria da acessibilidade;</w:t>
      </w:r>
    </w:p>
    <w:p w14:paraId="720E878E" w14:textId="51495172" w:rsidR="24381487" w:rsidRPr="00CD41C9" w:rsidRDefault="24381487" w:rsidP="00E51243">
      <w:pPr>
        <w:pStyle w:val="PargrafodaLista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t>redução de custos com energia elétrica;</w:t>
      </w:r>
    </w:p>
    <w:p w14:paraId="270B361E" w14:textId="011FCD5B" w:rsidR="24381487" w:rsidRPr="00CD41C9" w:rsidRDefault="24381487" w:rsidP="00E51243">
      <w:pPr>
        <w:pStyle w:val="PargrafodaLista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t>ampliação da frota para transporte de beneficiários;</w:t>
      </w:r>
    </w:p>
    <w:p w14:paraId="5ED411D6" w14:textId="57C4BA1B" w:rsidR="24381487" w:rsidRPr="00CD41C9" w:rsidRDefault="24381487" w:rsidP="00E51243">
      <w:pPr>
        <w:pStyle w:val="PargrafodaLista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CD41C9">
        <w:rPr>
          <w:rFonts w:ascii="Arial" w:eastAsia="Times New Roman" w:hAnsi="Arial" w:cs="Arial"/>
          <w:i/>
          <w:iCs/>
          <w:sz w:val="20"/>
          <w:szCs w:val="20"/>
        </w:rPr>
        <w:t>modernização dos serviços prestados.</w:t>
      </w:r>
    </w:p>
    <w:p w14:paraId="7F48C9AF" w14:textId="79B5A1A2" w:rsidR="279948E1" w:rsidRPr="00CD41C9" w:rsidRDefault="279948E1" w:rsidP="279948E1">
      <w:pPr>
        <w:spacing w:after="0" w:line="30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14:paraId="4AA54B6E" w14:textId="77777777" w:rsidR="001854BD" w:rsidRDefault="001854BD" w:rsidP="00FE3336">
      <w:pPr>
        <w:pStyle w:val="Ttulo1"/>
        <w:spacing w:before="0"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6CDFB590" w14:textId="0108D378" w:rsidR="0090481D" w:rsidRPr="00CD41C9" w:rsidRDefault="00000000" w:rsidP="00FE3336">
      <w:pPr>
        <w:pStyle w:val="Ttulo1"/>
        <w:spacing w:before="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CD41C9">
        <w:rPr>
          <w:rFonts w:ascii="Arial" w:hAnsi="Arial" w:cs="Arial"/>
          <w:color w:val="auto"/>
          <w:sz w:val="24"/>
          <w:szCs w:val="24"/>
        </w:rPr>
        <w:t>6. CONTRAPARTIDA</w:t>
      </w:r>
      <w:r w:rsidR="00161D8A" w:rsidRPr="00CD41C9">
        <w:rPr>
          <w:rFonts w:ascii="Arial" w:hAnsi="Arial" w:cs="Arial"/>
          <w:color w:val="auto"/>
          <w:sz w:val="24"/>
          <w:szCs w:val="24"/>
        </w:rPr>
        <w:t xml:space="preserve">S SOCIAIS </w:t>
      </w:r>
    </w:p>
    <w:p w14:paraId="4ECA9C65" w14:textId="77777777" w:rsidR="00FE3336" w:rsidRPr="00CD41C9" w:rsidRDefault="00FE3336" w:rsidP="00FE3336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CD41C9">
        <w:rPr>
          <w:rFonts w:ascii="Arial" w:hAnsi="Arial" w:cs="Arial"/>
          <w:b/>
          <w:bCs/>
          <w:i/>
          <w:iCs/>
          <w:sz w:val="20"/>
          <w:szCs w:val="20"/>
        </w:rPr>
        <w:t>Instruções de preenchimento</w:t>
      </w:r>
    </w:p>
    <w:p w14:paraId="4DDEA815" w14:textId="77777777" w:rsidR="00FE3336" w:rsidRPr="00CD41C9" w:rsidRDefault="00FE3336" w:rsidP="00FE3336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CD41C9">
        <w:rPr>
          <w:rFonts w:ascii="Arial" w:hAnsi="Arial" w:cs="Arial"/>
          <w:i/>
          <w:iCs/>
          <w:sz w:val="20"/>
          <w:szCs w:val="20"/>
        </w:rPr>
        <w:t>Relacionar as contrapartidas sociais obrigatórias realizadas pela entidade, conforme previsto no Edital e no Plano de Trabalho.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4644"/>
        <w:gridCol w:w="1560"/>
        <w:gridCol w:w="1417"/>
        <w:gridCol w:w="2693"/>
      </w:tblGrid>
      <w:tr w:rsidR="279948E1" w:rsidRPr="00CD41C9" w14:paraId="38DE2E7B" w14:textId="77777777" w:rsidTr="008B2415">
        <w:trPr>
          <w:trHeight w:val="300"/>
        </w:trPr>
        <w:tc>
          <w:tcPr>
            <w:tcW w:w="46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E8E9ED3" w14:textId="675EF454" w:rsidR="2682F7B5" w:rsidRPr="00CD41C9" w:rsidRDefault="2682F7B5" w:rsidP="279948E1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279948E1"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ontrapartida prevista</w:t>
            </w: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435CE89A" w14:textId="0947C6CD" w:rsidR="279948E1" w:rsidRPr="00CD41C9" w:rsidRDefault="279948E1" w:rsidP="279948E1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41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3D801E23" w14:textId="35E0877B" w:rsidR="279948E1" w:rsidRPr="00CD41C9" w:rsidRDefault="279948E1" w:rsidP="279948E1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Situação</w:t>
            </w:r>
          </w:p>
        </w:tc>
        <w:tc>
          <w:tcPr>
            <w:tcW w:w="26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104A5FF9" w14:textId="10EE500F" w:rsidR="279948E1" w:rsidRPr="00CD41C9" w:rsidRDefault="279948E1" w:rsidP="279948E1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1C9">
              <w:rPr>
                <w:rFonts w:ascii="Arial" w:hAnsi="Arial" w:cs="Arial"/>
                <w:b/>
                <w:bCs/>
                <w:sz w:val="24"/>
                <w:szCs w:val="24"/>
              </w:rPr>
              <w:t>Evidência apresentada</w:t>
            </w:r>
          </w:p>
        </w:tc>
      </w:tr>
      <w:tr w:rsidR="279948E1" w:rsidRPr="00CD41C9" w14:paraId="5216D9C2" w14:textId="77777777" w:rsidTr="008B2415">
        <w:trPr>
          <w:trHeight w:val="300"/>
        </w:trPr>
        <w:tc>
          <w:tcPr>
            <w:tcW w:w="46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8758614" w14:textId="2EDF20E7" w:rsidR="279948E1" w:rsidRPr="00CD41C9" w:rsidRDefault="00CB003B" w:rsidP="279948E1">
            <w:pPr>
              <w:spacing w:after="0" w:line="30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41C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Exemplo: </w:t>
            </w:r>
            <w:r w:rsidR="279948E1" w:rsidRPr="00CD41C9">
              <w:rPr>
                <w:rFonts w:ascii="Arial" w:hAnsi="Arial" w:cs="Arial"/>
                <w:i/>
                <w:iCs/>
                <w:sz w:val="20"/>
                <w:szCs w:val="20"/>
              </w:rPr>
              <w:t>Participação em campanha nacional de vacinação</w:t>
            </w: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9FE1175" w14:textId="6C5A271B" w:rsidR="279948E1" w:rsidRPr="00CD41C9" w:rsidRDefault="009320A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CD41C9">
              <w:rPr>
                <w:rFonts w:ascii="Arial" w:hAnsi="Arial" w:cs="Arial"/>
                <w:i/>
                <w:iCs/>
                <w:sz w:val="20"/>
                <w:szCs w:val="20"/>
              </w:rPr>
              <w:t>Xx</w:t>
            </w:r>
            <w:proofErr w:type="spellEnd"/>
            <w:r w:rsidRPr="00CD41C9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  <w:proofErr w:type="spellStart"/>
            <w:r w:rsidRPr="00CD41C9">
              <w:rPr>
                <w:rFonts w:ascii="Arial" w:hAnsi="Arial" w:cs="Arial"/>
                <w:i/>
                <w:iCs/>
                <w:sz w:val="20"/>
                <w:szCs w:val="20"/>
              </w:rPr>
              <w:t>xx</w:t>
            </w:r>
            <w:proofErr w:type="spellEnd"/>
            <w:r w:rsidRPr="00CD41C9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  <w:proofErr w:type="spellStart"/>
            <w:r w:rsidRPr="00CD41C9">
              <w:rPr>
                <w:rFonts w:ascii="Arial" w:hAnsi="Arial" w:cs="Arial"/>
                <w:i/>
                <w:iCs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41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CBFB51F" w14:textId="7B3CFAC3" w:rsidR="279948E1" w:rsidRPr="00CD41C9" w:rsidRDefault="279948E1" w:rsidP="279948E1">
            <w:pPr>
              <w:spacing w:after="0" w:line="30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41C9">
              <w:rPr>
                <w:rFonts w:ascii="Arial" w:hAnsi="Arial" w:cs="Arial"/>
                <w:i/>
                <w:iCs/>
                <w:sz w:val="20"/>
                <w:szCs w:val="20"/>
              </w:rPr>
              <w:t>Cumprida</w:t>
            </w:r>
          </w:p>
        </w:tc>
        <w:tc>
          <w:tcPr>
            <w:tcW w:w="26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C3AEEF6" w14:textId="6842FF5D" w:rsidR="279948E1" w:rsidRPr="00CD41C9" w:rsidRDefault="279948E1" w:rsidP="279948E1">
            <w:pPr>
              <w:spacing w:after="0" w:line="30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41C9">
              <w:rPr>
                <w:rFonts w:ascii="Arial" w:hAnsi="Arial" w:cs="Arial"/>
                <w:i/>
                <w:iCs/>
                <w:sz w:val="20"/>
                <w:szCs w:val="20"/>
              </w:rPr>
              <w:t>Relatório/Fotos</w:t>
            </w:r>
          </w:p>
        </w:tc>
      </w:tr>
      <w:tr w:rsidR="279948E1" w:rsidRPr="00CD41C9" w14:paraId="57AE9FA1" w14:textId="77777777" w:rsidTr="008B2415">
        <w:trPr>
          <w:trHeight w:val="300"/>
        </w:trPr>
        <w:tc>
          <w:tcPr>
            <w:tcW w:w="46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2FDFBCE" w14:textId="6EC16B3F" w:rsidR="279948E1" w:rsidRPr="00CD41C9" w:rsidRDefault="279948E1" w:rsidP="279948E1">
            <w:pPr>
              <w:spacing w:after="0" w:line="30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3C1C4EB" w14:textId="28797F1B" w:rsidR="279948E1" w:rsidRPr="00CD41C9" w:rsidRDefault="279948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FC5C896" w14:textId="72189213" w:rsidR="279948E1" w:rsidRPr="00CD41C9" w:rsidRDefault="279948E1" w:rsidP="279948E1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69CFCF8" w14:textId="635D6B04" w:rsidR="279948E1" w:rsidRPr="00CD41C9" w:rsidRDefault="279948E1" w:rsidP="279948E1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279948E1" w:rsidRPr="00CD41C9" w14:paraId="66899767" w14:textId="77777777" w:rsidTr="008B2415">
        <w:trPr>
          <w:trHeight w:val="300"/>
        </w:trPr>
        <w:tc>
          <w:tcPr>
            <w:tcW w:w="46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4696B3B" w14:textId="5EE30092" w:rsidR="279948E1" w:rsidRPr="00CD41C9" w:rsidRDefault="279948E1" w:rsidP="279948E1">
            <w:pPr>
              <w:spacing w:after="0" w:line="30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C5F95F3" w14:textId="09F4B6B7" w:rsidR="279948E1" w:rsidRPr="00CD41C9" w:rsidRDefault="279948E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B603465" w14:textId="79960B5E" w:rsidR="279948E1" w:rsidRPr="00CD41C9" w:rsidRDefault="279948E1" w:rsidP="279948E1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9920C94" w14:textId="617BDBCC" w:rsidR="279948E1" w:rsidRPr="00CD41C9" w:rsidRDefault="279948E1" w:rsidP="279948E1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FADE98" w14:textId="02C0AD0D" w:rsidR="009B54B7" w:rsidRPr="00CD41C9" w:rsidRDefault="009B54B7" w:rsidP="279948E1">
      <w:pPr>
        <w:pStyle w:val="Ttulo1"/>
        <w:spacing w:before="0"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10E2EEF7" w14:textId="77777777" w:rsidR="0012099C" w:rsidRPr="00CD41C9" w:rsidRDefault="0012099C" w:rsidP="0012099C">
      <w:pPr>
        <w:rPr>
          <w:rFonts w:ascii="Arial" w:hAnsi="Arial" w:cs="Arial"/>
        </w:rPr>
      </w:pPr>
    </w:p>
    <w:p w14:paraId="72F4F74C" w14:textId="1C385F3B" w:rsidR="009B54B7" w:rsidRPr="00CD41C9" w:rsidRDefault="6FE804B0" w:rsidP="009B54B7">
      <w:pPr>
        <w:pStyle w:val="Ttulo1"/>
        <w:spacing w:before="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CD41C9">
        <w:rPr>
          <w:rFonts w:ascii="Arial" w:hAnsi="Arial" w:cs="Arial"/>
          <w:color w:val="auto"/>
          <w:sz w:val="24"/>
          <w:szCs w:val="24"/>
        </w:rPr>
        <w:t>7. JUSTIFICATIVAS E OCORRÊNCIAS</w:t>
      </w:r>
    </w:p>
    <w:p w14:paraId="23ABEF39" w14:textId="5EFD60E1" w:rsidR="00197E5A" w:rsidRPr="00CD41C9" w:rsidRDefault="5EFF97AD" w:rsidP="279948E1">
      <w:pPr>
        <w:jc w:val="both"/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sz w:val="24"/>
          <w:szCs w:val="24"/>
        </w:rPr>
        <w:t>(   ) Não houve metas, atividades ou entregas executadas parcialmente.</w:t>
      </w:r>
    </w:p>
    <w:p w14:paraId="286A9060" w14:textId="29A34998" w:rsidR="00197E5A" w:rsidRPr="00CD41C9" w:rsidRDefault="5EFF97AD" w:rsidP="279948E1">
      <w:pPr>
        <w:jc w:val="both"/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sz w:val="24"/>
          <w:szCs w:val="24"/>
        </w:rPr>
        <w:t xml:space="preserve">( ) Houve metas, atividades ou entregas executadas parcialmente ou não executas. </w:t>
      </w:r>
      <w:r w:rsidRPr="00CD41C9">
        <w:rPr>
          <w:rFonts w:ascii="Arial" w:hAnsi="Arial" w:cs="Arial"/>
          <w:b/>
          <w:bCs/>
          <w:sz w:val="24"/>
          <w:szCs w:val="24"/>
        </w:rPr>
        <w:t>Justifique__________________________.</w:t>
      </w:r>
      <w:r w:rsidRPr="00CD41C9">
        <w:rPr>
          <w:rFonts w:ascii="Arial" w:hAnsi="Arial" w:cs="Arial"/>
          <w:sz w:val="24"/>
          <w:szCs w:val="24"/>
        </w:rPr>
        <w:t xml:space="preserve"> </w:t>
      </w:r>
    </w:p>
    <w:p w14:paraId="0C2537FB" w14:textId="77777777" w:rsidR="00861A72" w:rsidRDefault="00861A72" w:rsidP="00C01541">
      <w:pPr>
        <w:jc w:val="both"/>
        <w:rPr>
          <w:rFonts w:ascii="Arial" w:hAnsi="Arial" w:cs="Arial"/>
          <w:sz w:val="24"/>
          <w:szCs w:val="24"/>
        </w:rPr>
      </w:pPr>
    </w:p>
    <w:p w14:paraId="33A5DBE5" w14:textId="77777777" w:rsidR="008B2415" w:rsidRPr="00CD41C9" w:rsidRDefault="008B2415" w:rsidP="00C01541">
      <w:pPr>
        <w:jc w:val="both"/>
        <w:rPr>
          <w:rFonts w:ascii="Arial" w:hAnsi="Arial" w:cs="Arial"/>
          <w:sz w:val="24"/>
          <w:szCs w:val="24"/>
        </w:rPr>
      </w:pPr>
    </w:p>
    <w:p w14:paraId="4E3E4B36" w14:textId="66B8A5B9" w:rsidR="0090481D" w:rsidRPr="00CD41C9" w:rsidRDefault="00197E5A" w:rsidP="00C01541">
      <w:pPr>
        <w:pStyle w:val="Ttulo1"/>
        <w:spacing w:before="0"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CD41C9">
        <w:rPr>
          <w:rFonts w:ascii="Arial" w:hAnsi="Arial" w:cs="Arial"/>
          <w:color w:val="auto"/>
          <w:sz w:val="24"/>
          <w:szCs w:val="24"/>
        </w:rPr>
        <w:t>8. DECLARAÇÃO DE CUMPRIMENTO DO OBJETO</w:t>
      </w:r>
    </w:p>
    <w:p w14:paraId="55473CDD" w14:textId="77777777" w:rsidR="00161D8A" w:rsidRPr="00CD41C9" w:rsidRDefault="00161D8A" w:rsidP="00C015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sz w:val="24"/>
          <w:szCs w:val="24"/>
        </w:rPr>
        <w:t>Assinale apenas uma opção:</w:t>
      </w:r>
    </w:p>
    <w:p w14:paraId="28F6BE22" w14:textId="042C2E80" w:rsidR="00161D8A" w:rsidRPr="00CD41C9" w:rsidRDefault="42101FD9" w:rsidP="279948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sz w:val="24"/>
          <w:szCs w:val="24"/>
        </w:rPr>
        <w:t>( )</w:t>
      </w:r>
      <w:r w:rsidR="4B52B355" w:rsidRPr="00CD41C9">
        <w:rPr>
          <w:rFonts w:ascii="Arial" w:hAnsi="Arial" w:cs="Arial"/>
          <w:sz w:val="24"/>
          <w:szCs w:val="24"/>
        </w:rPr>
        <w:t xml:space="preserve"> </w:t>
      </w:r>
      <w:r w:rsidR="4B52B355" w:rsidRPr="00CD41C9">
        <w:rPr>
          <w:rFonts w:ascii="Arial" w:hAnsi="Arial" w:cs="Arial"/>
          <w:b/>
          <w:bCs/>
          <w:sz w:val="24"/>
          <w:szCs w:val="24"/>
        </w:rPr>
        <w:t>O objeto do Instrumento de Repasse foi cumprido integralmente</w:t>
      </w:r>
      <w:r w:rsidR="4B52B355" w:rsidRPr="00CD41C9">
        <w:rPr>
          <w:rFonts w:ascii="Arial" w:hAnsi="Arial" w:cs="Arial"/>
          <w:sz w:val="24"/>
          <w:szCs w:val="24"/>
        </w:rPr>
        <w:t>, conforme previsto no Plano de Trabalho aprovado</w:t>
      </w:r>
      <w:r w:rsidR="00B0470D">
        <w:rPr>
          <w:rFonts w:ascii="Arial" w:hAnsi="Arial" w:cs="Arial"/>
          <w:sz w:val="24"/>
          <w:szCs w:val="24"/>
        </w:rPr>
        <w:t xml:space="preserve">, </w:t>
      </w:r>
      <w:r w:rsidR="00B0470D" w:rsidRPr="00B0470D">
        <w:rPr>
          <w:rFonts w:ascii="Arial" w:hAnsi="Arial" w:cs="Arial"/>
          <w:sz w:val="24"/>
          <w:szCs w:val="24"/>
        </w:rPr>
        <w:t>assim solicitamos o encerramento do Instrumento de Repasse</w:t>
      </w:r>
      <w:r w:rsidR="4B52B355" w:rsidRPr="00CD41C9">
        <w:rPr>
          <w:rFonts w:ascii="Arial" w:hAnsi="Arial" w:cs="Arial"/>
          <w:sz w:val="24"/>
          <w:szCs w:val="24"/>
        </w:rPr>
        <w:t>.</w:t>
      </w:r>
    </w:p>
    <w:p w14:paraId="1CE8DBA5" w14:textId="4A6FFCA9" w:rsidR="00161D8A" w:rsidRPr="00CD41C9" w:rsidRDefault="42101FD9" w:rsidP="279948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sz w:val="24"/>
          <w:szCs w:val="24"/>
        </w:rPr>
        <w:lastRenderedPageBreak/>
        <w:t xml:space="preserve">( ) </w:t>
      </w:r>
      <w:r w:rsidR="4B52B355" w:rsidRPr="00CD41C9">
        <w:rPr>
          <w:rFonts w:ascii="Arial" w:hAnsi="Arial" w:cs="Arial"/>
          <w:b/>
          <w:bCs/>
          <w:sz w:val="24"/>
          <w:szCs w:val="24"/>
        </w:rPr>
        <w:t>O objeto do Instrumento de Repasse foi cumprido parcialmente</w:t>
      </w:r>
      <w:r w:rsidR="4B52B355" w:rsidRPr="00CD41C9">
        <w:rPr>
          <w:rFonts w:ascii="Arial" w:hAnsi="Arial" w:cs="Arial"/>
          <w:sz w:val="24"/>
          <w:szCs w:val="24"/>
        </w:rPr>
        <w:t>, conforme justificativas apresentadas neste relatório</w:t>
      </w:r>
      <w:r w:rsidR="00652D40">
        <w:rPr>
          <w:rFonts w:ascii="Arial" w:hAnsi="Arial" w:cs="Arial"/>
          <w:sz w:val="24"/>
          <w:szCs w:val="24"/>
        </w:rPr>
        <w:t xml:space="preserve">, </w:t>
      </w:r>
      <w:r w:rsidR="00652D40" w:rsidRPr="00B0470D">
        <w:rPr>
          <w:rFonts w:ascii="Arial" w:hAnsi="Arial" w:cs="Arial"/>
          <w:sz w:val="24"/>
          <w:szCs w:val="24"/>
        </w:rPr>
        <w:t>assim solicitamos o encerramento do Instrumento de Repasse</w:t>
      </w:r>
      <w:r w:rsidR="4B52B355" w:rsidRPr="00CD41C9">
        <w:rPr>
          <w:rFonts w:ascii="Arial" w:hAnsi="Arial" w:cs="Arial"/>
          <w:sz w:val="24"/>
          <w:szCs w:val="24"/>
        </w:rPr>
        <w:t>.</w:t>
      </w:r>
    </w:p>
    <w:p w14:paraId="2C3F12BF" w14:textId="0BAF9930" w:rsidR="00161D8A" w:rsidRPr="00CD41C9" w:rsidRDefault="42101FD9" w:rsidP="279948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sz w:val="24"/>
          <w:szCs w:val="24"/>
        </w:rPr>
        <w:t xml:space="preserve">(  ) </w:t>
      </w:r>
      <w:r w:rsidR="4B52B355" w:rsidRPr="00CD41C9">
        <w:rPr>
          <w:rFonts w:ascii="Arial" w:hAnsi="Arial" w:cs="Arial"/>
          <w:b/>
          <w:bCs/>
          <w:sz w:val="24"/>
          <w:szCs w:val="24"/>
        </w:rPr>
        <w:t>O objeto do Instrumento de Repasse não foi cumprido</w:t>
      </w:r>
      <w:r w:rsidR="4B52B355" w:rsidRPr="00CD41C9">
        <w:rPr>
          <w:rFonts w:ascii="Arial" w:hAnsi="Arial" w:cs="Arial"/>
          <w:sz w:val="24"/>
          <w:szCs w:val="24"/>
        </w:rPr>
        <w:t>, conforme justificativas apresentadas neste relatório</w:t>
      </w:r>
      <w:r w:rsidR="00652D40">
        <w:rPr>
          <w:rFonts w:ascii="Arial" w:hAnsi="Arial" w:cs="Arial"/>
          <w:sz w:val="24"/>
          <w:szCs w:val="24"/>
        </w:rPr>
        <w:t xml:space="preserve">, </w:t>
      </w:r>
      <w:r w:rsidR="00652D40" w:rsidRPr="00B0470D">
        <w:rPr>
          <w:rFonts w:ascii="Arial" w:hAnsi="Arial" w:cs="Arial"/>
          <w:sz w:val="24"/>
          <w:szCs w:val="24"/>
        </w:rPr>
        <w:t>assim solicitamos o encerramento do Instrumento de Repasse</w:t>
      </w:r>
      <w:r w:rsidR="4B52B355" w:rsidRPr="00CD41C9">
        <w:rPr>
          <w:rFonts w:ascii="Arial" w:hAnsi="Arial" w:cs="Arial"/>
          <w:sz w:val="24"/>
          <w:szCs w:val="24"/>
        </w:rPr>
        <w:t>.</w:t>
      </w:r>
    </w:p>
    <w:p w14:paraId="7ED45F2D" w14:textId="77777777" w:rsidR="00E46AB5" w:rsidRPr="00CD41C9" w:rsidRDefault="00E46AB5" w:rsidP="00C015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ABF0002" w14:textId="77777777" w:rsidR="00161D8A" w:rsidRPr="00CD41C9" w:rsidRDefault="00161D8A" w:rsidP="00C015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sz w:val="24"/>
          <w:szCs w:val="24"/>
        </w:rPr>
        <w:t>Declaro, para os devidos fins, que as informações constantes neste relatório são verdadeiras e refletem a execução do projeto apoiado pela Itaipu Binacional. Declaro ainda que os documentos comprobatórios encontram-se arquivados na entidade e poderão ser disponibilizados para análise sempre que solicitados.</w:t>
      </w:r>
    </w:p>
    <w:p w14:paraId="321B82FB" w14:textId="201E0C02" w:rsidR="002F5D9D" w:rsidRPr="00CD41C9" w:rsidRDefault="00000000" w:rsidP="00C015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sz w:val="24"/>
          <w:szCs w:val="24"/>
        </w:rPr>
        <w:br/>
        <w:t>Local e data</w:t>
      </w:r>
    </w:p>
    <w:p w14:paraId="541A7DA1" w14:textId="77777777" w:rsidR="002F5D9D" w:rsidRPr="00CD41C9" w:rsidRDefault="00000000" w:rsidP="001678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sz w:val="24"/>
          <w:szCs w:val="24"/>
        </w:rPr>
        <w:br/>
        <w:t>Nome do Representante Legal</w:t>
      </w:r>
    </w:p>
    <w:p w14:paraId="70519875" w14:textId="17526906" w:rsidR="0090481D" w:rsidRPr="00CD41C9" w:rsidRDefault="6FE804B0" w:rsidP="001678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sz w:val="24"/>
          <w:szCs w:val="24"/>
        </w:rPr>
        <w:t>Cargo</w:t>
      </w:r>
      <w:r w:rsidRPr="00CD41C9">
        <w:rPr>
          <w:rFonts w:ascii="Arial" w:hAnsi="Arial" w:cs="Arial"/>
          <w:sz w:val="24"/>
          <w:szCs w:val="24"/>
        </w:rPr>
        <w:br/>
        <w:t>CPF</w:t>
      </w:r>
      <w:r w:rsidRPr="00CD41C9">
        <w:rPr>
          <w:rFonts w:ascii="Arial" w:hAnsi="Arial" w:cs="Arial"/>
          <w:sz w:val="24"/>
          <w:szCs w:val="24"/>
        </w:rPr>
        <w:br/>
        <w:t>Assinatura</w:t>
      </w:r>
    </w:p>
    <w:p w14:paraId="4AE919CE" w14:textId="029F12C9" w:rsidR="279948E1" w:rsidRPr="00CD41C9" w:rsidRDefault="279948E1" w:rsidP="279948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76C014" w14:textId="239E5672" w:rsidR="279948E1" w:rsidRPr="00CD41C9" w:rsidRDefault="279948E1" w:rsidP="279948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4E45A5" w14:textId="4B7252F3" w:rsidR="279948E1" w:rsidRPr="00CD41C9" w:rsidRDefault="279948E1" w:rsidP="279948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94A327" w14:textId="147CECFF" w:rsidR="279948E1" w:rsidRPr="00CD41C9" w:rsidRDefault="279948E1" w:rsidP="279948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237F5A" w14:textId="77777777" w:rsidR="00161A01" w:rsidRPr="00CD41C9" w:rsidRDefault="00161A01" w:rsidP="279948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451BF4" w14:textId="77777777" w:rsidR="00161A01" w:rsidRPr="00CD41C9" w:rsidRDefault="00161A01" w:rsidP="279948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53A8A1" w14:textId="77777777" w:rsidR="00161A01" w:rsidRPr="00CD41C9" w:rsidRDefault="00161A01" w:rsidP="279948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92C4CB" w14:textId="77777777" w:rsidR="00161A01" w:rsidRPr="00CD41C9" w:rsidRDefault="00161A01" w:rsidP="279948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156EAF" w14:textId="77777777" w:rsidR="00161A01" w:rsidRPr="00CD41C9" w:rsidRDefault="00161A01" w:rsidP="279948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F7CB5C" w14:textId="25442849" w:rsidR="00161A01" w:rsidRPr="00CD41C9" w:rsidRDefault="00161A01">
      <w:pPr>
        <w:rPr>
          <w:rFonts w:ascii="Arial" w:hAnsi="Arial" w:cs="Arial"/>
          <w:sz w:val="24"/>
          <w:szCs w:val="24"/>
        </w:rPr>
      </w:pPr>
      <w:r w:rsidRPr="00CD41C9">
        <w:rPr>
          <w:rFonts w:ascii="Arial" w:hAnsi="Arial" w:cs="Arial"/>
          <w:sz w:val="24"/>
          <w:szCs w:val="24"/>
        </w:rPr>
        <w:br w:type="page"/>
      </w:r>
    </w:p>
    <w:p w14:paraId="42CA43E6" w14:textId="77777777" w:rsidR="279948E1" w:rsidRPr="00CD41C9" w:rsidRDefault="279948E1" w:rsidP="279948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F15F56" w14:textId="0BA5566F" w:rsidR="70DF2F54" w:rsidRPr="00CD41C9" w:rsidRDefault="70DF2F54" w:rsidP="00D55EB2">
      <w:pPr>
        <w:pStyle w:val="Ttulo1"/>
        <w:spacing w:before="0" w:line="360" w:lineRule="auto"/>
        <w:jc w:val="center"/>
        <w:rPr>
          <w:rFonts w:ascii="Arial" w:eastAsia="Times New Roman" w:hAnsi="Arial" w:cs="Arial"/>
          <w:color w:val="auto"/>
          <w:sz w:val="24"/>
          <w:szCs w:val="24"/>
        </w:rPr>
      </w:pPr>
      <w:r w:rsidRPr="00CD41C9">
        <w:rPr>
          <w:rFonts w:ascii="Arial" w:eastAsia="Times New Roman" w:hAnsi="Arial" w:cs="Arial"/>
          <w:color w:val="auto"/>
          <w:sz w:val="24"/>
          <w:szCs w:val="24"/>
        </w:rPr>
        <w:t>ANEXO I - RELATÓRIO FOTOGRÁFICO</w:t>
      </w:r>
    </w:p>
    <w:p w14:paraId="0B80F42F" w14:textId="77777777" w:rsidR="00D55EB2" w:rsidRPr="00CD41C9" w:rsidRDefault="00D55EB2" w:rsidP="00D55EB2">
      <w:pPr>
        <w:pStyle w:val="Ttulo3"/>
        <w:spacing w:before="0" w:line="360" w:lineRule="auto"/>
        <w:rPr>
          <w:rFonts w:ascii="Arial" w:eastAsia="Segoe UI" w:hAnsi="Arial" w:cs="Arial"/>
          <w:i/>
          <w:iCs/>
          <w:color w:val="auto"/>
          <w:sz w:val="24"/>
          <w:szCs w:val="24"/>
        </w:rPr>
      </w:pPr>
    </w:p>
    <w:p w14:paraId="70667D92" w14:textId="2CE94175" w:rsidR="7941DD4D" w:rsidRPr="00CD41C9" w:rsidRDefault="7941DD4D" w:rsidP="00D55EB2">
      <w:pPr>
        <w:pStyle w:val="Ttulo3"/>
        <w:spacing w:before="0" w:line="360" w:lineRule="auto"/>
        <w:rPr>
          <w:rFonts w:ascii="Arial" w:hAnsi="Arial" w:cs="Arial"/>
          <w:i/>
          <w:iCs/>
          <w:color w:val="auto"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color w:val="auto"/>
          <w:sz w:val="20"/>
          <w:szCs w:val="20"/>
        </w:rPr>
        <w:t>Instruções de preenchimento</w:t>
      </w:r>
    </w:p>
    <w:p w14:paraId="2188D28E" w14:textId="1CECD0EC" w:rsidR="7941DD4D" w:rsidRPr="00CD41C9" w:rsidRDefault="7941DD4D" w:rsidP="00D55EB2">
      <w:pPr>
        <w:spacing w:after="0" w:line="360" w:lineRule="auto"/>
        <w:rPr>
          <w:rFonts w:ascii="Arial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Inserir fotografias que demonstrem claramente a execução e utilização do objeto apoiado.</w:t>
      </w:r>
    </w:p>
    <w:p w14:paraId="7A2A2A31" w14:textId="25F97115" w:rsidR="279948E1" w:rsidRPr="00CD41C9" w:rsidRDefault="279948E1" w:rsidP="00D55EB2">
      <w:p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</w:rPr>
      </w:pPr>
    </w:p>
    <w:p w14:paraId="648189F2" w14:textId="1AF57D53" w:rsidR="281EA426" w:rsidRPr="00CD41C9" w:rsidRDefault="281EA426" w:rsidP="0051799C">
      <w:pPr>
        <w:pStyle w:val="Ttulo3"/>
        <w:spacing w:before="0" w:line="360" w:lineRule="auto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color w:val="auto"/>
          <w:sz w:val="20"/>
          <w:szCs w:val="20"/>
        </w:rPr>
        <w:t>Orientações específicas</w:t>
      </w:r>
    </w:p>
    <w:p w14:paraId="530C0100" w14:textId="652698DF" w:rsidR="281EA426" w:rsidRPr="00CD41C9" w:rsidRDefault="281EA426" w:rsidP="00D55EB2">
      <w:pPr>
        <w:spacing w:after="0" w:line="360" w:lineRule="auto"/>
        <w:rPr>
          <w:rFonts w:ascii="Arial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b/>
          <w:bCs/>
          <w:i/>
          <w:iCs/>
          <w:sz w:val="20"/>
          <w:szCs w:val="20"/>
        </w:rPr>
        <w:t>Para aquisição de veículos:</w:t>
      </w:r>
    </w:p>
    <w:p w14:paraId="510614B6" w14:textId="7513FE34" w:rsidR="281EA426" w:rsidRPr="00CD41C9" w:rsidRDefault="281EA426" w:rsidP="00D55EB2">
      <w:pPr>
        <w:pStyle w:val="PargrafodaLista"/>
        <w:numPr>
          <w:ilvl w:val="0"/>
          <w:numId w:val="16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 frontal;</w:t>
      </w:r>
    </w:p>
    <w:p w14:paraId="1AD4D2CF" w14:textId="018C6DF6" w:rsidR="281EA426" w:rsidRPr="00CD41C9" w:rsidRDefault="281EA426" w:rsidP="00D55EB2">
      <w:pPr>
        <w:pStyle w:val="PargrafodaLista"/>
        <w:numPr>
          <w:ilvl w:val="0"/>
          <w:numId w:val="16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 traseira;</w:t>
      </w:r>
    </w:p>
    <w:p w14:paraId="79F762DF" w14:textId="785E4DFD" w:rsidR="281EA426" w:rsidRPr="00CD41C9" w:rsidRDefault="281EA426" w:rsidP="00D55EB2">
      <w:pPr>
        <w:pStyle w:val="PargrafodaLista"/>
        <w:numPr>
          <w:ilvl w:val="0"/>
          <w:numId w:val="16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 lateral;</w:t>
      </w:r>
    </w:p>
    <w:p w14:paraId="59F80BB4" w14:textId="1D3B42B1" w:rsidR="281EA426" w:rsidRPr="00CD41C9" w:rsidRDefault="281EA426" w:rsidP="00D55EB2">
      <w:pPr>
        <w:pStyle w:val="PargrafodaLista"/>
        <w:numPr>
          <w:ilvl w:val="0"/>
          <w:numId w:val="16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 interna;</w:t>
      </w:r>
    </w:p>
    <w:p w14:paraId="2EE430DA" w14:textId="43767240" w:rsidR="281EA426" w:rsidRPr="00CD41C9" w:rsidRDefault="281EA426" w:rsidP="00D55EB2">
      <w:pPr>
        <w:pStyle w:val="PargrafodaLista"/>
        <w:numPr>
          <w:ilvl w:val="0"/>
          <w:numId w:val="16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 da identificação visual do Programa.</w:t>
      </w:r>
    </w:p>
    <w:p w14:paraId="58E01C2D" w14:textId="77777777" w:rsidR="0051799C" w:rsidRPr="00CD41C9" w:rsidRDefault="0051799C" w:rsidP="0051799C">
      <w:pPr>
        <w:pStyle w:val="PargrafodaLista"/>
        <w:spacing w:after="0" w:line="360" w:lineRule="auto"/>
        <w:ind w:left="360"/>
        <w:rPr>
          <w:rFonts w:ascii="Arial" w:eastAsia="Segoe UI" w:hAnsi="Arial" w:cs="Arial"/>
          <w:i/>
          <w:iCs/>
          <w:sz w:val="20"/>
          <w:szCs w:val="20"/>
        </w:rPr>
      </w:pPr>
    </w:p>
    <w:p w14:paraId="4CC4AD37" w14:textId="771AF59C" w:rsidR="281EA426" w:rsidRPr="00CD41C9" w:rsidRDefault="281EA426" w:rsidP="00D55EB2">
      <w:pPr>
        <w:spacing w:after="0" w:line="360" w:lineRule="auto"/>
        <w:rPr>
          <w:rFonts w:ascii="Arial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b/>
          <w:bCs/>
          <w:i/>
          <w:iCs/>
          <w:sz w:val="20"/>
          <w:szCs w:val="20"/>
        </w:rPr>
        <w:t>Para móveis e equipamentos:</w:t>
      </w:r>
    </w:p>
    <w:p w14:paraId="0257897B" w14:textId="64661E16" w:rsidR="281EA426" w:rsidRPr="00CD41C9" w:rsidRDefault="281EA426" w:rsidP="00D55EB2">
      <w:pPr>
        <w:pStyle w:val="PargrafodaLista"/>
        <w:numPr>
          <w:ilvl w:val="0"/>
          <w:numId w:val="17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Fotos dos bens instalados;</w:t>
      </w:r>
    </w:p>
    <w:p w14:paraId="7F291A2E" w14:textId="736C485E" w:rsidR="281EA426" w:rsidRPr="00CD41C9" w:rsidRDefault="281EA426" w:rsidP="00D55EB2">
      <w:pPr>
        <w:pStyle w:val="PargrafodaLista"/>
        <w:numPr>
          <w:ilvl w:val="0"/>
          <w:numId w:val="17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Fotos dos bens em utilização.</w:t>
      </w:r>
    </w:p>
    <w:p w14:paraId="7AEB5107" w14:textId="77777777" w:rsidR="0051799C" w:rsidRPr="00CD41C9" w:rsidRDefault="0051799C" w:rsidP="0051799C">
      <w:pPr>
        <w:pStyle w:val="PargrafodaLista"/>
        <w:spacing w:after="0" w:line="360" w:lineRule="auto"/>
        <w:ind w:left="360"/>
        <w:rPr>
          <w:rFonts w:ascii="Arial" w:eastAsia="Segoe UI" w:hAnsi="Arial" w:cs="Arial"/>
          <w:i/>
          <w:iCs/>
          <w:sz w:val="20"/>
          <w:szCs w:val="20"/>
        </w:rPr>
      </w:pPr>
    </w:p>
    <w:p w14:paraId="5ACD5258" w14:textId="59EC75C6" w:rsidR="281EA426" w:rsidRPr="00CD41C9" w:rsidRDefault="281EA426" w:rsidP="00D55EB2">
      <w:pPr>
        <w:spacing w:after="0" w:line="360" w:lineRule="auto"/>
        <w:rPr>
          <w:rFonts w:ascii="Arial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b/>
          <w:bCs/>
          <w:i/>
          <w:iCs/>
          <w:sz w:val="20"/>
          <w:szCs w:val="20"/>
        </w:rPr>
        <w:t>Para sistemas fotovoltaicos:</w:t>
      </w:r>
    </w:p>
    <w:p w14:paraId="2EA3DA91" w14:textId="665A56E7" w:rsidR="281EA426" w:rsidRPr="00CD41C9" w:rsidRDefault="281EA426" w:rsidP="00D55EB2">
      <w:pPr>
        <w:pStyle w:val="PargrafodaLista"/>
        <w:numPr>
          <w:ilvl w:val="0"/>
          <w:numId w:val="18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Fotos dos painéis instalados;</w:t>
      </w:r>
    </w:p>
    <w:p w14:paraId="25D2BF98" w14:textId="4F0051F0" w:rsidR="281EA426" w:rsidRPr="00CD41C9" w:rsidRDefault="281EA426" w:rsidP="00D55EB2">
      <w:pPr>
        <w:pStyle w:val="PargrafodaLista"/>
        <w:numPr>
          <w:ilvl w:val="0"/>
          <w:numId w:val="18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Fotos dos inversores;</w:t>
      </w:r>
    </w:p>
    <w:p w14:paraId="72C75606" w14:textId="4B4097EF" w:rsidR="000713C3" w:rsidRPr="00CD41C9" w:rsidRDefault="000713C3" w:rsidP="00D55EB2">
      <w:pPr>
        <w:pStyle w:val="PargrafodaLista"/>
        <w:numPr>
          <w:ilvl w:val="0"/>
          <w:numId w:val="18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Fotos do eletroposto;</w:t>
      </w:r>
    </w:p>
    <w:p w14:paraId="51E79C73" w14:textId="230238CB" w:rsidR="281EA426" w:rsidRPr="00CD41C9" w:rsidRDefault="281EA426" w:rsidP="00D55EB2">
      <w:pPr>
        <w:pStyle w:val="PargrafodaLista"/>
        <w:numPr>
          <w:ilvl w:val="0"/>
          <w:numId w:val="18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Fotos da estrutura instalada.</w:t>
      </w:r>
    </w:p>
    <w:p w14:paraId="7EA5BFFC" w14:textId="77777777" w:rsidR="0051799C" w:rsidRPr="00CD41C9" w:rsidRDefault="0051799C" w:rsidP="0051799C">
      <w:pPr>
        <w:pStyle w:val="PargrafodaLista"/>
        <w:spacing w:after="0" w:line="360" w:lineRule="auto"/>
        <w:ind w:left="360"/>
        <w:rPr>
          <w:rFonts w:ascii="Arial" w:eastAsia="Segoe UI" w:hAnsi="Arial" w:cs="Arial"/>
          <w:i/>
          <w:iCs/>
          <w:sz w:val="20"/>
          <w:szCs w:val="20"/>
        </w:rPr>
      </w:pPr>
    </w:p>
    <w:p w14:paraId="3654D890" w14:textId="50A1A575" w:rsidR="281EA426" w:rsidRPr="00CD41C9" w:rsidRDefault="281EA426" w:rsidP="00D55EB2">
      <w:pPr>
        <w:spacing w:after="0" w:line="360" w:lineRule="auto"/>
        <w:rPr>
          <w:rFonts w:ascii="Arial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b/>
          <w:bCs/>
          <w:i/>
          <w:iCs/>
          <w:sz w:val="20"/>
          <w:szCs w:val="20"/>
        </w:rPr>
        <w:t>Para construção, ampliação ou reforma:</w:t>
      </w:r>
    </w:p>
    <w:p w14:paraId="37BD92DA" w14:textId="21A9E7E8" w:rsidR="281EA426" w:rsidRPr="00CD41C9" w:rsidRDefault="281EA426" w:rsidP="00D55EB2">
      <w:pPr>
        <w:pStyle w:val="PargrafodaLista"/>
        <w:numPr>
          <w:ilvl w:val="0"/>
          <w:numId w:val="19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Fotos do local antes da intervenção;</w:t>
      </w:r>
    </w:p>
    <w:p w14:paraId="13507F7B" w14:textId="2B268D69" w:rsidR="281EA426" w:rsidRPr="00CD41C9" w:rsidRDefault="281EA426" w:rsidP="00D55EB2">
      <w:pPr>
        <w:pStyle w:val="PargrafodaLista"/>
        <w:numPr>
          <w:ilvl w:val="0"/>
          <w:numId w:val="19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Fotos durante a execução;</w:t>
      </w:r>
    </w:p>
    <w:p w14:paraId="08CC95F4" w14:textId="7611ACCE" w:rsidR="281EA426" w:rsidRPr="00CD41C9" w:rsidRDefault="281EA426" w:rsidP="00D55EB2">
      <w:pPr>
        <w:pStyle w:val="PargrafodaLista"/>
        <w:numPr>
          <w:ilvl w:val="0"/>
          <w:numId w:val="19"/>
        </w:numPr>
        <w:spacing w:after="0" w:line="360" w:lineRule="auto"/>
        <w:rPr>
          <w:rFonts w:ascii="Arial" w:eastAsia="Segoe UI" w:hAnsi="Arial" w:cs="Arial"/>
          <w:i/>
          <w:iCs/>
          <w:sz w:val="20"/>
          <w:szCs w:val="20"/>
        </w:rPr>
      </w:pPr>
      <w:r w:rsidRPr="00CD41C9">
        <w:rPr>
          <w:rFonts w:ascii="Arial" w:eastAsia="Segoe UI" w:hAnsi="Arial" w:cs="Arial"/>
          <w:i/>
          <w:iCs/>
          <w:sz w:val="20"/>
          <w:szCs w:val="20"/>
        </w:rPr>
        <w:t>Fotos após a conclusão.</w:t>
      </w:r>
    </w:p>
    <w:p w14:paraId="683675FD" w14:textId="53DFCD45" w:rsidR="279948E1" w:rsidRPr="00CD41C9" w:rsidRDefault="279948E1" w:rsidP="00D55EB2">
      <w:p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</w:p>
    <w:sectPr w:rsidR="279948E1" w:rsidRPr="00CD41C9" w:rsidSect="000149EC">
      <w:footerReference w:type="default" r:id="rId8"/>
      <w:pgSz w:w="12240" w:h="15840"/>
      <w:pgMar w:top="1418" w:right="851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DDF1" w14:textId="77777777" w:rsidR="00CB540C" w:rsidRDefault="00CB540C" w:rsidP="00154D8E">
      <w:pPr>
        <w:spacing w:after="0" w:line="240" w:lineRule="auto"/>
      </w:pPr>
      <w:r>
        <w:separator/>
      </w:r>
    </w:p>
  </w:endnote>
  <w:endnote w:type="continuationSeparator" w:id="0">
    <w:p w14:paraId="5F63AFCB" w14:textId="77777777" w:rsidR="00CB540C" w:rsidRDefault="00CB540C" w:rsidP="0015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6840150"/>
      <w:docPartObj>
        <w:docPartGallery w:val="Page Numbers (Bottom of Page)"/>
        <w:docPartUnique/>
      </w:docPartObj>
    </w:sdtPr>
    <w:sdtContent>
      <w:p w14:paraId="77957C59" w14:textId="796B6D82" w:rsidR="00154D8E" w:rsidRDefault="00154D8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DA5F2F" w14:textId="77777777" w:rsidR="00154D8E" w:rsidRDefault="00154D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597B" w14:textId="77777777" w:rsidR="00CB540C" w:rsidRDefault="00CB540C" w:rsidP="00154D8E">
      <w:pPr>
        <w:spacing w:after="0" w:line="240" w:lineRule="auto"/>
      </w:pPr>
      <w:r>
        <w:separator/>
      </w:r>
    </w:p>
  </w:footnote>
  <w:footnote w:type="continuationSeparator" w:id="0">
    <w:p w14:paraId="29A26EC8" w14:textId="77777777" w:rsidR="00CB540C" w:rsidRDefault="00CB540C" w:rsidP="00154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2A74AB"/>
    <w:multiLevelType w:val="hybridMultilevel"/>
    <w:tmpl w:val="44B8BB6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713FC6"/>
    <w:multiLevelType w:val="hybridMultilevel"/>
    <w:tmpl w:val="8B6057BA"/>
    <w:lvl w:ilvl="0" w:tplc="D0864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DE5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360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64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DE1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008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46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AB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22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B2433"/>
    <w:multiLevelType w:val="hybridMultilevel"/>
    <w:tmpl w:val="FC48EB90"/>
    <w:lvl w:ilvl="0" w:tplc="932A4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400512"/>
    <w:multiLevelType w:val="hybridMultilevel"/>
    <w:tmpl w:val="B5E6C4CA"/>
    <w:lvl w:ilvl="0" w:tplc="213EB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4B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2C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CC7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CE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56F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C4C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66F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84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CD619"/>
    <w:multiLevelType w:val="hybridMultilevel"/>
    <w:tmpl w:val="4B601E34"/>
    <w:lvl w:ilvl="0" w:tplc="F80EB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6089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EC9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56D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C5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F2D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CA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08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18D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0C685"/>
    <w:multiLevelType w:val="hybridMultilevel"/>
    <w:tmpl w:val="6F3E01A0"/>
    <w:lvl w:ilvl="0" w:tplc="932A4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A6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7C1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AB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0F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2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EC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67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BCC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9619C"/>
    <w:multiLevelType w:val="hybridMultilevel"/>
    <w:tmpl w:val="E47AA6B8"/>
    <w:lvl w:ilvl="0" w:tplc="66184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82B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8E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E2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6EF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A23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6C2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668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68B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1522B"/>
    <w:multiLevelType w:val="hybridMultilevel"/>
    <w:tmpl w:val="02CEE02A"/>
    <w:lvl w:ilvl="0" w:tplc="932A4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6E2E13"/>
    <w:multiLevelType w:val="hybridMultilevel"/>
    <w:tmpl w:val="9682989E"/>
    <w:lvl w:ilvl="0" w:tplc="932A4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F54B42"/>
    <w:multiLevelType w:val="hybridMultilevel"/>
    <w:tmpl w:val="CA548D4C"/>
    <w:lvl w:ilvl="0" w:tplc="932A4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232053">
    <w:abstractNumId w:val="12"/>
  </w:num>
  <w:num w:numId="2" w16cid:durableId="1737627442">
    <w:abstractNumId w:val="15"/>
  </w:num>
  <w:num w:numId="3" w16cid:durableId="643966372">
    <w:abstractNumId w:val="13"/>
  </w:num>
  <w:num w:numId="4" w16cid:durableId="1541236948">
    <w:abstractNumId w:val="14"/>
  </w:num>
  <w:num w:numId="5" w16cid:durableId="1072585633">
    <w:abstractNumId w:val="10"/>
  </w:num>
  <w:num w:numId="6" w16cid:durableId="84040494">
    <w:abstractNumId w:val="8"/>
  </w:num>
  <w:num w:numId="7" w16cid:durableId="361321445">
    <w:abstractNumId w:val="6"/>
  </w:num>
  <w:num w:numId="8" w16cid:durableId="991954825">
    <w:abstractNumId w:val="5"/>
  </w:num>
  <w:num w:numId="9" w16cid:durableId="987906133">
    <w:abstractNumId w:val="4"/>
  </w:num>
  <w:num w:numId="10" w16cid:durableId="161819023">
    <w:abstractNumId w:val="7"/>
  </w:num>
  <w:num w:numId="11" w16cid:durableId="1208252778">
    <w:abstractNumId w:val="3"/>
  </w:num>
  <w:num w:numId="12" w16cid:durableId="511602087">
    <w:abstractNumId w:val="2"/>
  </w:num>
  <w:num w:numId="13" w16cid:durableId="1560168061">
    <w:abstractNumId w:val="1"/>
  </w:num>
  <w:num w:numId="14" w16cid:durableId="605424804">
    <w:abstractNumId w:val="0"/>
  </w:num>
  <w:num w:numId="15" w16cid:durableId="1560509431">
    <w:abstractNumId w:val="9"/>
  </w:num>
  <w:num w:numId="16" w16cid:durableId="1425220689">
    <w:abstractNumId w:val="18"/>
  </w:num>
  <w:num w:numId="17" w16cid:durableId="116267702">
    <w:abstractNumId w:val="16"/>
  </w:num>
  <w:num w:numId="18" w16cid:durableId="1542354729">
    <w:abstractNumId w:val="11"/>
  </w:num>
  <w:num w:numId="19" w16cid:durableId="5034791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9EC"/>
    <w:rsid w:val="00030E48"/>
    <w:rsid w:val="00034616"/>
    <w:rsid w:val="00050020"/>
    <w:rsid w:val="00056AA4"/>
    <w:rsid w:val="0006063C"/>
    <w:rsid w:val="00063D43"/>
    <w:rsid w:val="00070904"/>
    <w:rsid w:val="000713C3"/>
    <w:rsid w:val="000741DE"/>
    <w:rsid w:val="000B4C0F"/>
    <w:rsid w:val="000C45FC"/>
    <w:rsid w:val="0012099C"/>
    <w:rsid w:val="0015074B"/>
    <w:rsid w:val="00154D8E"/>
    <w:rsid w:val="00155431"/>
    <w:rsid w:val="00161A01"/>
    <w:rsid w:val="00161D8A"/>
    <w:rsid w:val="00164CC7"/>
    <w:rsid w:val="001678C0"/>
    <w:rsid w:val="001854BD"/>
    <w:rsid w:val="00196A39"/>
    <w:rsid w:val="00197E5A"/>
    <w:rsid w:val="001D537A"/>
    <w:rsid w:val="00281096"/>
    <w:rsid w:val="00294950"/>
    <w:rsid w:val="0029639D"/>
    <w:rsid w:val="002E2294"/>
    <w:rsid w:val="002E4700"/>
    <w:rsid w:val="002F5D9D"/>
    <w:rsid w:val="00326F90"/>
    <w:rsid w:val="00334DD0"/>
    <w:rsid w:val="00350F24"/>
    <w:rsid w:val="00362991"/>
    <w:rsid w:val="0038222F"/>
    <w:rsid w:val="003A69E2"/>
    <w:rsid w:val="003F6B42"/>
    <w:rsid w:val="00507BF3"/>
    <w:rsid w:val="0051799C"/>
    <w:rsid w:val="0052760D"/>
    <w:rsid w:val="0053251B"/>
    <w:rsid w:val="005565D0"/>
    <w:rsid w:val="005C5AED"/>
    <w:rsid w:val="005C773C"/>
    <w:rsid w:val="005D261C"/>
    <w:rsid w:val="005D48EA"/>
    <w:rsid w:val="00602DDA"/>
    <w:rsid w:val="00652D40"/>
    <w:rsid w:val="006877DA"/>
    <w:rsid w:val="006A0373"/>
    <w:rsid w:val="0072755A"/>
    <w:rsid w:val="0076279D"/>
    <w:rsid w:val="00776AF6"/>
    <w:rsid w:val="00776FFE"/>
    <w:rsid w:val="007A51DE"/>
    <w:rsid w:val="007B435D"/>
    <w:rsid w:val="0081031B"/>
    <w:rsid w:val="00814C58"/>
    <w:rsid w:val="00814F61"/>
    <w:rsid w:val="00815C50"/>
    <w:rsid w:val="008263C1"/>
    <w:rsid w:val="00844986"/>
    <w:rsid w:val="00861A72"/>
    <w:rsid w:val="008B2415"/>
    <w:rsid w:val="008F3F9F"/>
    <w:rsid w:val="0090481D"/>
    <w:rsid w:val="0092147C"/>
    <w:rsid w:val="009320A9"/>
    <w:rsid w:val="009516BA"/>
    <w:rsid w:val="009538D1"/>
    <w:rsid w:val="009A28A5"/>
    <w:rsid w:val="009B54B7"/>
    <w:rsid w:val="009D6070"/>
    <w:rsid w:val="00A91DCF"/>
    <w:rsid w:val="00AA1D8D"/>
    <w:rsid w:val="00AB6CCB"/>
    <w:rsid w:val="00AD39D4"/>
    <w:rsid w:val="00B03654"/>
    <w:rsid w:val="00B0470D"/>
    <w:rsid w:val="00B47730"/>
    <w:rsid w:val="00B6583F"/>
    <w:rsid w:val="00B77B3E"/>
    <w:rsid w:val="00BA123E"/>
    <w:rsid w:val="00BD7FB5"/>
    <w:rsid w:val="00BE6281"/>
    <w:rsid w:val="00C01541"/>
    <w:rsid w:val="00C24979"/>
    <w:rsid w:val="00C303D4"/>
    <w:rsid w:val="00CA3C89"/>
    <w:rsid w:val="00CB003B"/>
    <w:rsid w:val="00CB0664"/>
    <w:rsid w:val="00CB540C"/>
    <w:rsid w:val="00CC0786"/>
    <w:rsid w:val="00CD41C9"/>
    <w:rsid w:val="00D13BFD"/>
    <w:rsid w:val="00D34277"/>
    <w:rsid w:val="00D55EB2"/>
    <w:rsid w:val="00DF338C"/>
    <w:rsid w:val="00E46AB5"/>
    <w:rsid w:val="00E51243"/>
    <w:rsid w:val="00E62850"/>
    <w:rsid w:val="00EA0CBD"/>
    <w:rsid w:val="00EB4ED1"/>
    <w:rsid w:val="00ED1381"/>
    <w:rsid w:val="00EE673F"/>
    <w:rsid w:val="00F061C4"/>
    <w:rsid w:val="00F64A0A"/>
    <w:rsid w:val="00FA49C8"/>
    <w:rsid w:val="00FC693F"/>
    <w:rsid w:val="00FE3336"/>
    <w:rsid w:val="0D16E7F2"/>
    <w:rsid w:val="10456B0A"/>
    <w:rsid w:val="193D2AC7"/>
    <w:rsid w:val="1B1BADD8"/>
    <w:rsid w:val="216CB4E4"/>
    <w:rsid w:val="2303BBFF"/>
    <w:rsid w:val="24381487"/>
    <w:rsid w:val="2491A058"/>
    <w:rsid w:val="2682F7B5"/>
    <w:rsid w:val="26E3CC27"/>
    <w:rsid w:val="279948E1"/>
    <w:rsid w:val="281EA426"/>
    <w:rsid w:val="294F0B4E"/>
    <w:rsid w:val="2C489CA1"/>
    <w:rsid w:val="2F7EE816"/>
    <w:rsid w:val="334F54E8"/>
    <w:rsid w:val="34C54AD1"/>
    <w:rsid w:val="36B6962A"/>
    <w:rsid w:val="377BCBC4"/>
    <w:rsid w:val="38FCF122"/>
    <w:rsid w:val="3A902CC1"/>
    <w:rsid w:val="3D5D8C56"/>
    <w:rsid w:val="3DE4954D"/>
    <w:rsid w:val="3EF3480B"/>
    <w:rsid w:val="42101FD9"/>
    <w:rsid w:val="45847799"/>
    <w:rsid w:val="47F5B990"/>
    <w:rsid w:val="4B52B355"/>
    <w:rsid w:val="4D19833A"/>
    <w:rsid w:val="5333A185"/>
    <w:rsid w:val="5EFF97AD"/>
    <w:rsid w:val="605CD555"/>
    <w:rsid w:val="642DD5B7"/>
    <w:rsid w:val="66F66173"/>
    <w:rsid w:val="68932527"/>
    <w:rsid w:val="68DC4D3C"/>
    <w:rsid w:val="69D7EA8E"/>
    <w:rsid w:val="6FE804B0"/>
    <w:rsid w:val="70DF2F54"/>
    <w:rsid w:val="712B2CB9"/>
    <w:rsid w:val="7941D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69C3C72F-3BD3-41AA-A0E3-10255D15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10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11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12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27f816-99e9-48e2-96b8-7197a663025b}" enabled="0" method="" siteId="{3f27f816-99e9-48e2-96b8-7197a663025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856</Words>
  <Characters>4949</Characters>
  <Application>Microsoft Office Word</Application>
  <DocSecurity>0</DocSecurity>
  <Lines>449</Lines>
  <Paragraphs>362</Paragraphs>
  <ScaleCrop>false</ScaleCrop>
  <Manager/>
  <Company/>
  <LinksUpToDate>false</LinksUpToDate>
  <CharactersWithSpaces>5443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GIACOMEL</dc:creator>
  <cp:keywords/>
  <dc:description>generated by python-docx</dc:description>
  <cp:lastModifiedBy>ROSANA MARCELA SCHMIDT</cp:lastModifiedBy>
  <cp:revision>62</cp:revision>
  <dcterms:created xsi:type="dcterms:W3CDTF">2026-08-21T19:45:00Z</dcterms:created>
  <dcterms:modified xsi:type="dcterms:W3CDTF">2026-08-25T14:25:00Z</dcterms:modified>
  <cp:category/>
</cp:coreProperties>
</file>